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center"/>
      </w:pPr>
      <w:r>
        <w:rPr>
          <w:rFonts w:ascii="Aptos Display" w:hAnsi="Aptos Display" w:eastAsia="Aptos Display"/>
          <w:b/>
          <w:i w:val="0"/>
          <w:color w:val="2F6B4F"/>
          <w:sz w:val="56"/>
        </w:rPr>
        <w:t>TRỞ VỀ VỚI</w:t>
        <w:br/>
      </w:r>
      <w:r>
        <w:rPr>
          <w:rFonts w:ascii="Aptos Display" w:hAnsi="Aptos Display" w:eastAsia="Aptos Display"/>
          <w:b/>
          <w:i w:val="0"/>
          <w:color w:val="2F6B4F"/>
          <w:sz w:val="56"/>
        </w:rPr>
        <w:t>ĐẠI NGUYỆN</w:t>
      </w:r>
    </w:p>
    <w:p>
      <w:pPr>
        <w:jc w:val="center"/>
      </w:pPr>
      <w:r>
        <w:rPr>
          <w:rFonts w:ascii="Aptos Display" w:hAnsi="Aptos Display" w:eastAsia="Aptos Display"/>
          <w:b/>
          <w:i w:val="0"/>
          <w:color w:val="B58A2A"/>
          <w:sz w:val="30"/>
        </w:rPr>
        <w:t>100 CÂU TÂM ĐẮC VỀ PHÁT TÂM,</w:t>
        <w:br/>
      </w:r>
      <w:r>
        <w:rPr>
          <w:rFonts w:ascii="Aptos Display" w:hAnsi="Aptos Display" w:eastAsia="Aptos Display"/>
          <w:b/>
          <w:i w:val="0"/>
          <w:color w:val="B58A2A"/>
          <w:sz w:val="30"/>
        </w:rPr>
        <w:t>PHỤNG SỰ VÀ BỀN CHÍ</w:t>
      </w:r>
    </w:p>
    <w:p>
      <w:pPr>
        <w:spacing w:before="480"/>
        <w:jc w:val="center"/>
      </w:pPr>
      <w:r>
        <w:rPr>
          <w:rFonts w:ascii="Aptos Display" w:hAnsi="Aptos Display" w:eastAsia="Aptos Display"/>
          <w:b/>
          <w:i w:val="0"/>
          <w:color w:val="C95B7C"/>
          <w:sz w:val="28"/>
        </w:rPr>
        <w:t>Thích Nữ Diệu An</w:t>
      </w:r>
    </w:p>
    <w:p>
      <w:pPr>
        <w:jc w:val="center"/>
      </w:pPr>
      <w:r>
        <w:rPr>
          <w:rFonts w:ascii="Aptos" w:hAnsi="Aptos" w:eastAsia="Aptos"/>
          <w:b w:val="0"/>
          <w:i/>
          <w:color w:val="66736C"/>
          <w:sz w:val="21"/>
        </w:rPr>
        <w:t>Biên soạn và chia sẻ</w:t>
      </w:r>
    </w:p>
    <w:p/>
    <w:p/>
    <w:p/>
    <w:p/>
    <w:p/>
    <w:p/>
    <w:p>
      <w:pPr>
        <w:jc w:val="center"/>
      </w:pPr>
      <w:r>
        <w:rPr>
          <w:rFonts w:ascii="Aptos Display" w:hAnsi="Aptos Display" w:eastAsia="Aptos Display"/>
          <w:b/>
          <w:i w:val="0"/>
          <w:color w:val="2F6B4F"/>
          <w:sz w:val="22"/>
        </w:rPr>
        <w:t>TẬP X • TẬP CUỐI</w:t>
      </w:r>
    </w:p>
    <w:p>
      <w:r>
        <w:br w:type="page"/>
      </w:r>
    </w:p>
    <w:p>
      <w:pPr>
        <w:pStyle w:val="Heading1"/>
        <w:jc w:val="center"/>
      </w:pPr>
      <w:r>
        <w:t>LƯU Ý VỀ NGUỒN TRÍCH DẪN</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r/>
            <w:r>
              <w:rPr>
                <w:rFonts w:ascii="Aptos" w:hAnsi="Aptos" w:eastAsia="Aptos"/>
                <w:b w:val="0"/>
                <w:i w:val="0"/>
                <w:color w:val="25352E"/>
                <w:sz w:val="22"/>
              </w:rPr>
              <w:t>Các đoạn đặt dưới nhan đề “Lời kinh soi sáng” là lời kinh được trích dẫn và ghi nguồn ngay tại chỗ. Các câu tâm đắc và phần chiêm nghiệm trong sách là lời biên soạn, không phải nguyên văn lời Phật.</w:t>
            </w:r>
          </w:p>
        </w:tc>
      </w:tr>
    </w:tbl>
    <w:p>
      <w:pPr>
        <w:pStyle w:val="Heading1"/>
        <w:jc w:val="center"/>
      </w:pPr>
      <w:r>
        <w:t>LỜI NGỎ</w:t>
      </w:r>
    </w:p>
    <w:p>
      <w:r>
        <w:rPr>
          <w:rFonts w:ascii="Aptos" w:hAnsi="Aptos" w:eastAsia="Aptos"/>
          <w:b w:val="0"/>
          <w:i w:val="0"/>
          <w:color w:val="25352E"/>
          <w:sz w:val="23"/>
        </w:rPr>
        <w:t>Có lúc đi qua rất nhiều việc, ta bỗng quên vì sao mình bắt đầu. Trở về với đại nguyện không phải trở lại một giấc mơ cũ, mà là nhìn lại điều lành sâu nhất mình muốn phụng sự rồi sống điều ấy bằng thân, lời và ý hôm nay.</w:t>
      </w:r>
    </w:p>
    <w:p>
      <w:r>
        <w:rPr>
          <w:rFonts w:ascii="Aptos" w:hAnsi="Aptos" w:eastAsia="Aptos"/>
          <w:b w:val="0"/>
          <w:i w:val="0"/>
          <w:color w:val="25352E"/>
          <w:sz w:val="23"/>
        </w:rPr>
        <w:t>Tập X khép trọn bộ sách bằng hành trình từ ba nghiệp thanh tịnh đến thiện sự, pháp thí, sức bền trước nghịch duyên, sự quân bình trong phụng sự và hương đức hạnh còn lưu lại sau mỗi bước chân.</w:t>
      </w:r>
    </w:p>
    <w:p>
      <w:r>
        <w:rPr>
          <w:rFonts w:ascii="Aptos" w:hAnsi="Aptos" w:eastAsia="Aptos"/>
          <w:b w:val="0"/>
          <w:i w:val="0"/>
          <w:color w:val="25352E"/>
          <w:sz w:val="23"/>
        </w:rPr>
        <w:t>Mong một trăm câu cuối này giúp người đọc nhớ rằng đại nguyện không ở đâu xa: nó hiện trong từng lời không làm đau, từng việc thiện được tiếp tục và từng lần mệt vẫn biết trở về đúng hướng.</w:t>
      </w:r>
    </w:p>
    <w:p>
      <w:r>
        <w:br w:type="page"/>
      </w:r>
    </w:p>
    <w:p>
      <w:bookmarkStart w:id="1" w:name="TOC"/>
      <w:pPr>
        <w:pStyle w:val="Heading1"/>
        <w:jc w:val="center"/>
      </w:pPr>
      <w:r>
        <w:t>MỤC LỤC</w:t>
      </w:r>
      <w:bookmarkEnd w:id="1"/>
    </w:p>
    <w:p>
      <w:pPr>
        <w:ind w:left="360"/>
      </w:pPr>
      <w:hyperlink w:anchor="CHAPTER_1" w:history="1">
        <w:r>
          <w:rPr>
            <w:color w:val="2F6B4F"/>
            <w:u w:val="single"/>
            <w:b/>
            <w:sz w:val="23"/>
          </w:rPr>
          <w:t>Chương 1. Đại nguyện bắt đầu từ ba nghiệp thanh tịnh</w:t>
        </w:r>
      </w:hyperlink>
    </w:p>
    <w:p>
      <w:pPr>
        <w:ind w:left="360"/>
      </w:pPr>
      <w:hyperlink w:anchor="CHAPTER_2" w:history="1">
        <w:r>
          <w:rPr>
            <w:color w:val="2F6B4F"/>
            <w:u w:val="single"/>
            <w:b/>
            <w:sz w:val="23"/>
          </w:rPr>
          <w:t>Chương 2. Gieo nhiều thiện sự từ thân hiện tại</w:t>
        </w:r>
      </w:hyperlink>
    </w:p>
    <w:p>
      <w:pPr>
        <w:ind w:left="360"/>
      </w:pPr>
      <w:hyperlink w:anchor="CHAPTER_3" w:history="1">
        <w:r>
          <w:rPr>
            <w:color w:val="2F6B4F"/>
            <w:u w:val="single"/>
            <w:b/>
            <w:sz w:val="23"/>
          </w:rPr>
          <w:t>Chương 3. Lấy Chánh pháp làm quà tặng</w:t>
        </w:r>
      </w:hyperlink>
    </w:p>
    <w:p>
      <w:pPr>
        <w:ind w:left="360"/>
      </w:pPr>
      <w:hyperlink w:anchor="CHAPTER_4" w:history="1">
        <w:r>
          <w:rPr>
            <w:color w:val="2F6B4F"/>
            <w:u w:val="single"/>
            <w:b/>
            <w:sz w:val="23"/>
          </w:rPr>
          <w:t>Chương 4. Đi qua nghịch duyên mà không đổi tâm</w:t>
        </w:r>
      </w:hyperlink>
    </w:p>
    <w:p>
      <w:pPr>
        <w:ind w:left="360"/>
      </w:pPr>
      <w:hyperlink w:anchor="CHAPTER_5" w:history="1">
        <w:r>
          <w:rPr>
            <w:color w:val="2F6B4F"/>
            <w:u w:val="single"/>
            <w:b/>
            <w:sz w:val="23"/>
          </w:rPr>
          <w:t>Chương 5. Phụng sự mà không bỏ quên chính mình</w:t>
        </w:r>
      </w:hyperlink>
    </w:p>
    <w:p>
      <w:pPr>
        <w:ind w:left="360"/>
      </w:pPr>
      <w:hyperlink w:anchor="CHAPTER_6" w:history="1">
        <w:r>
          <w:rPr>
            <w:color w:val="2F6B4F"/>
            <w:u w:val="single"/>
            <w:b/>
            <w:sz w:val="23"/>
          </w:rPr>
          <w:t>Chương 6. Bền chí ngày đêm</w:t>
        </w:r>
      </w:hyperlink>
    </w:p>
    <w:p>
      <w:pPr>
        <w:ind w:left="360"/>
      </w:pPr>
      <w:hyperlink w:anchor="CHAPTER_7" w:history="1">
        <w:r>
          <w:rPr>
            <w:color w:val="2F6B4F"/>
            <w:u w:val="single"/>
            <w:b/>
            <w:sz w:val="23"/>
          </w:rPr>
          <w:t>Chương 7. Làm điều thiện rồi tiếp tục làm thêm</w:t>
        </w:r>
      </w:hyperlink>
    </w:p>
    <w:p>
      <w:pPr>
        <w:ind w:left="360"/>
      </w:pPr>
      <w:hyperlink w:anchor="CHAPTER_8" w:history="1">
        <w:r>
          <w:rPr>
            <w:color w:val="2F6B4F"/>
            <w:u w:val="single"/>
            <w:b/>
            <w:sz w:val="23"/>
          </w:rPr>
          <w:t>Chương 8. Để hương đức hạnh còn ở lại</w:t>
        </w:r>
      </w:hyperlink>
    </w:p>
    <w:p>
      <w:pPr>
        <w:ind w:left="360"/>
      </w:pPr>
      <w:hyperlink w:anchor="CLOSING" w:history="1">
        <w:r>
          <w:rPr>
            <w:color w:val="2F6B4F"/>
            <w:u w:val="single"/>
            <w:b/>
            <w:sz w:val="23"/>
          </w:rPr>
          <w:t>Lời kết: Một nghìn hạt sáng</w:t>
        </w:r>
      </w:hyperlink>
    </w:p>
    <w:p>
      <w:r>
        <w:br w:type="page"/>
      </w:r>
    </w:p>
    <w:p>
      <w:bookmarkStart w:id="2" w:name="CHAPTER_1"/>
      <w:pPr>
        <w:pStyle w:val="Heading1"/>
        <w:pageBreakBefore w:val="0"/>
        <w:jc w:val="center"/>
      </w:pPr>
      <w:bookmarkEnd w:id="2"/>
      <w:r>
        <w:rPr>
          <w:rFonts w:ascii="Aptos Display" w:hAnsi="Aptos Display" w:eastAsia="Aptos Display"/>
          <w:b/>
          <w:i w:val="0"/>
          <w:color w:val="2F6B4F"/>
          <w:sz w:val="38"/>
        </w:rPr>
        <w:t>Chương 1</w:t>
        <w:br/>
      </w:r>
      <w:r>
        <w:rPr>
          <w:rFonts w:ascii="Aptos Display" w:hAnsi="Aptos Display" w:eastAsia="Aptos Display"/>
          <w:b/>
          <w:i w:val="0"/>
          <w:color w:val="2F6B4F"/>
          <w:sz w:val="38"/>
        </w:rPr>
        <w:t>Đại nguyện bắt đầu từ ba nghiệp thanh tịnh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Giữ lời, nhiếp chế ý,</w:t>
              <w:br/>
            </w:r>
            <w:r>
              <w:rPr>
                <w:rFonts w:ascii="Aptos" w:hAnsi="Aptos" w:eastAsia="Aptos"/>
                <w:b/>
                <w:i w:val="0"/>
                <w:color w:val="2F6B4F"/>
                <w:sz w:val="23"/>
              </w:rPr>
              <w:t>Thân không làm điều ác.</w:t>
              <w:br/>
            </w:r>
            <w:r>
              <w:rPr>
                <w:rFonts w:ascii="Aptos" w:hAnsi="Aptos" w:eastAsia="Aptos"/>
                <w:b/>
                <w:i w:val="0"/>
                <w:color w:val="2F6B4F"/>
                <w:sz w:val="23"/>
              </w:rPr>
              <w:t>Hãy thanh tịnh ba nghiệp,</w:t>
              <w:br/>
            </w:r>
            <w:r>
              <w:rPr>
                <w:rFonts w:ascii="Aptos" w:hAnsi="Aptos" w:eastAsia="Aptos"/>
                <w:b/>
                <w:i w:val="0"/>
                <w:color w:val="2F6B4F"/>
                <w:sz w:val="23"/>
              </w:rPr>
              <w:t>Chứng đạo Thánh nhân dạy.</w:t>
            </w:r>
          </w:p>
          <w:p>
            <w:pPr>
              <w:jc w:val="center"/>
            </w:pPr>
            <w:r>
              <w:rPr>
                <w:rFonts w:ascii="Aptos" w:hAnsi="Aptos" w:eastAsia="Aptos"/>
                <w:b w:val="0"/>
                <w:i/>
                <w:color w:val="66736C"/>
                <w:sz w:val="19"/>
              </w:rPr>
              <w:t>Nguồn: Kinh Pháp Cú, kệ 281, Phẩm Đạo - bản dịch Hòa thượng Thích Minh Châu.</w:t>
            </w:r>
          </w:p>
        </w:tc>
      </w:tr>
    </w:tbl>
    <w:p/>
    <w:p>
      <w:pPr>
        <w:keepLines/>
        <w:ind w:left="259" w:hanging="259"/>
      </w:pPr>
      <w:r>
        <w:rPr>
          <w:rFonts w:ascii="Aptos" w:hAnsi="Aptos" w:eastAsia="Aptos"/>
          <w:b/>
          <w:i w:val="0"/>
          <w:color w:val="B58A2A"/>
          <w:sz w:val="23"/>
        </w:rPr>
        <w:t xml:space="preserve">1. </w:t>
      </w:r>
      <w:r>
        <w:rPr>
          <w:rFonts w:ascii="Aptos" w:hAnsi="Aptos" w:eastAsia="Aptos"/>
          <w:b w:val="0"/>
          <w:i w:val="0"/>
          <w:color w:val="25352E"/>
          <w:sz w:val="23"/>
        </w:rPr>
        <w:t>Đại nguyện không bắt đầu ở việc lớn; nó bắt đầu khi thân, lời và ý thôi làm tổn thương điều mình muốn phụng sự.</w:t>
      </w:r>
    </w:p>
    <w:p>
      <w:pPr>
        <w:keepLines/>
        <w:ind w:left="259" w:hanging="259"/>
      </w:pPr>
      <w:r>
        <w:rPr>
          <w:rFonts w:ascii="Aptos" w:hAnsi="Aptos" w:eastAsia="Aptos"/>
          <w:b/>
          <w:i w:val="0"/>
          <w:color w:val="B58A2A"/>
          <w:sz w:val="23"/>
        </w:rPr>
        <w:t xml:space="preserve">2. </w:t>
      </w:r>
      <w:r>
        <w:rPr>
          <w:rFonts w:ascii="Aptos" w:hAnsi="Aptos" w:eastAsia="Aptos"/>
          <w:b w:val="0"/>
          <w:i w:val="0"/>
          <w:color w:val="25352E"/>
          <w:sz w:val="23"/>
        </w:rPr>
        <w:t>Một ước nguyện đẹp không thể đứng lâu trên ba nghiệp buông lung.</w:t>
      </w:r>
    </w:p>
    <w:p>
      <w:pPr>
        <w:keepLines/>
        <w:ind w:left="259" w:hanging="259"/>
      </w:pPr>
      <w:r>
        <w:rPr>
          <w:rFonts w:ascii="Aptos" w:hAnsi="Aptos" w:eastAsia="Aptos"/>
          <w:b/>
          <w:i w:val="0"/>
          <w:color w:val="B58A2A"/>
          <w:sz w:val="23"/>
        </w:rPr>
        <w:t xml:space="preserve">3. </w:t>
      </w:r>
      <w:r>
        <w:rPr>
          <w:rFonts w:ascii="Aptos" w:hAnsi="Aptos" w:eastAsia="Aptos"/>
          <w:b w:val="0"/>
          <w:i w:val="0"/>
          <w:color w:val="25352E"/>
          <w:sz w:val="23"/>
        </w:rPr>
        <w:t>Muốn đem bình an cho người, trước hết lời mình đừng trở thành nơi gieo thêm bất an.</w:t>
      </w:r>
    </w:p>
    <w:p>
      <w:pPr>
        <w:keepLines/>
        <w:ind w:left="259" w:hanging="259"/>
      </w:pPr>
      <w:r>
        <w:rPr>
          <w:rFonts w:ascii="Aptos" w:hAnsi="Aptos" w:eastAsia="Aptos"/>
          <w:b/>
          <w:i w:val="0"/>
          <w:color w:val="B58A2A"/>
          <w:sz w:val="23"/>
        </w:rPr>
        <w:t xml:space="preserve">4. </w:t>
      </w:r>
      <w:r>
        <w:rPr>
          <w:rFonts w:ascii="Aptos" w:hAnsi="Aptos" w:eastAsia="Aptos"/>
          <w:b w:val="0"/>
          <w:i w:val="0"/>
          <w:color w:val="25352E"/>
          <w:sz w:val="23"/>
        </w:rPr>
        <w:t>Giữ giới không thu hẹp đại nguyện; giữ giới làm cho đại nguyện có bờ để khỏi trôi theo cảm xúc.</w:t>
      </w:r>
    </w:p>
    <w:p>
      <w:pPr>
        <w:keepLines/>
        <w:ind w:left="259" w:hanging="259"/>
      </w:pPr>
      <w:r>
        <w:rPr>
          <w:rFonts w:ascii="Aptos" w:hAnsi="Aptos" w:eastAsia="Aptos"/>
          <w:b/>
          <w:i w:val="0"/>
          <w:color w:val="B58A2A"/>
          <w:sz w:val="23"/>
        </w:rPr>
        <w:t xml:space="preserve">5. </w:t>
      </w:r>
      <w:r>
        <w:rPr>
          <w:rFonts w:ascii="Aptos" w:hAnsi="Aptos" w:eastAsia="Aptos"/>
          <w:b w:val="0"/>
          <w:i w:val="0"/>
          <w:color w:val="25352E"/>
          <w:sz w:val="23"/>
        </w:rPr>
        <w:t>Tâm hướng về chúng sinh mà miệng còn làm người khác đau thì hướng ấy cần được sửa từ gốc.</w:t>
      </w:r>
    </w:p>
    <w:p>
      <w:pPr>
        <w:keepLines/>
        <w:ind w:left="259" w:hanging="259"/>
      </w:pPr>
      <w:r>
        <w:rPr>
          <w:rFonts w:ascii="Aptos" w:hAnsi="Aptos" w:eastAsia="Aptos"/>
          <w:b/>
          <w:i w:val="0"/>
          <w:color w:val="B58A2A"/>
          <w:sz w:val="23"/>
        </w:rPr>
        <w:t xml:space="preserve">6. </w:t>
      </w:r>
      <w:r>
        <w:rPr>
          <w:rFonts w:ascii="Aptos" w:hAnsi="Aptos" w:eastAsia="Aptos"/>
          <w:b w:val="0"/>
          <w:i w:val="0"/>
          <w:color w:val="25352E"/>
          <w:sz w:val="23"/>
        </w:rPr>
        <w:t>Việc phụng sự đầu tiên mỗi sáng là không trao phiên bản nóng giận của mình cho cuộc đời.</w:t>
      </w:r>
    </w:p>
    <w:p>
      <w:pPr>
        <w:keepLines/>
        <w:ind w:left="259" w:hanging="259"/>
      </w:pPr>
      <w:r>
        <w:rPr>
          <w:rFonts w:ascii="Aptos" w:hAnsi="Aptos" w:eastAsia="Aptos"/>
          <w:b/>
          <w:i w:val="0"/>
          <w:color w:val="B58A2A"/>
          <w:sz w:val="23"/>
        </w:rPr>
        <w:t xml:space="preserve">7. </w:t>
      </w:r>
      <w:r>
        <w:rPr>
          <w:rFonts w:ascii="Aptos" w:hAnsi="Aptos" w:eastAsia="Aptos"/>
          <w:b w:val="0"/>
          <w:i w:val="0"/>
          <w:color w:val="25352E"/>
          <w:sz w:val="23"/>
        </w:rPr>
        <w:t>Đừng hỏi bao giờ mới làm được việc lớn khi một lời chân thật hôm nay vẫn còn có thể làm.</w:t>
      </w:r>
    </w:p>
    <w:p>
      <w:pPr>
        <w:keepLines/>
        <w:ind w:left="259" w:hanging="259"/>
      </w:pPr>
      <w:r>
        <w:rPr>
          <w:rFonts w:ascii="Aptos" w:hAnsi="Aptos" w:eastAsia="Aptos"/>
          <w:b/>
          <w:i w:val="0"/>
          <w:color w:val="B58A2A"/>
          <w:sz w:val="23"/>
        </w:rPr>
        <w:t xml:space="preserve">8. </w:t>
      </w:r>
      <w:r>
        <w:rPr>
          <w:rFonts w:ascii="Aptos" w:hAnsi="Aptos" w:eastAsia="Aptos"/>
          <w:b w:val="0"/>
          <w:i w:val="0"/>
          <w:color w:val="25352E"/>
          <w:sz w:val="23"/>
        </w:rPr>
        <w:t>Ba nghiệp thanh tịnh là chữ ký xác nhận rằng lời nguyện không chỉ nằm trên môi.</w:t>
      </w:r>
    </w:p>
    <w:p>
      <w:pPr>
        <w:keepLines/>
        <w:ind w:left="259" w:hanging="259"/>
      </w:pPr>
      <w:r>
        <w:rPr>
          <w:rFonts w:ascii="Aptos" w:hAnsi="Aptos" w:eastAsia="Aptos"/>
          <w:b/>
          <w:i w:val="0"/>
          <w:color w:val="B58A2A"/>
          <w:sz w:val="23"/>
        </w:rPr>
        <w:t xml:space="preserve">9. </w:t>
      </w:r>
      <w:r>
        <w:rPr>
          <w:rFonts w:ascii="Aptos" w:hAnsi="Aptos" w:eastAsia="Aptos"/>
          <w:b w:val="0"/>
          <w:i w:val="0"/>
          <w:color w:val="25352E"/>
          <w:sz w:val="23"/>
        </w:rPr>
        <w:t>Có khi bảo vệ đại nguyện là dừng một câu sắp nói, vì câu ấy có thể phá điều nhiều năm gây dựng.</w:t>
      </w:r>
    </w:p>
    <w:p>
      <w:pPr>
        <w:keepLines/>
        <w:ind w:left="259" w:hanging="259"/>
      </w:pPr>
      <w:r>
        <w:rPr>
          <w:rFonts w:ascii="Aptos" w:hAnsi="Aptos" w:eastAsia="Aptos"/>
          <w:b/>
          <w:i w:val="0"/>
          <w:color w:val="B58A2A"/>
          <w:sz w:val="23"/>
        </w:rPr>
        <w:t xml:space="preserve">10. </w:t>
      </w:r>
      <w:r>
        <w:rPr>
          <w:rFonts w:ascii="Aptos" w:hAnsi="Aptos" w:eastAsia="Aptos"/>
          <w:b w:val="0"/>
          <w:i w:val="0"/>
          <w:color w:val="25352E"/>
          <w:sz w:val="23"/>
        </w:rPr>
        <w:t>Người có chí lớn càng cần dè dặt việc nhỏ; chiếc thuyền lớn vẫn chìm từ một chỗ thủng bé.</w:t>
      </w:r>
    </w:p>
    <w:p>
      <w:pPr>
        <w:keepLines/>
        <w:ind w:left="259" w:hanging="259"/>
      </w:pPr>
      <w:r>
        <w:rPr>
          <w:rFonts w:ascii="Aptos" w:hAnsi="Aptos" w:eastAsia="Aptos"/>
          <w:b/>
          <w:i w:val="0"/>
          <w:color w:val="B58A2A"/>
          <w:sz w:val="23"/>
        </w:rPr>
        <w:t xml:space="preserve">11. </w:t>
      </w:r>
      <w:r>
        <w:rPr>
          <w:rFonts w:ascii="Aptos" w:hAnsi="Aptos" w:eastAsia="Aptos"/>
          <w:b w:val="0"/>
          <w:i w:val="0"/>
          <w:color w:val="25352E"/>
          <w:sz w:val="23"/>
        </w:rPr>
        <w:t>Đại nguyện không cho ta quyền làm sai phương pháp chỉ vì mục đích nghe có vẻ cao đẹp.</w:t>
      </w:r>
    </w:p>
    <w:p>
      <w:pPr>
        <w:keepLines/>
        <w:ind w:left="259" w:hanging="259"/>
      </w:pPr>
      <w:r>
        <w:rPr>
          <w:rFonts w:ascii="Aptos" w:hAnsi="Aptos" w:eastAsia="Aptos"/>
          <w:b/>
          <w:i w:val="0"/>
          <w:color w:val="B58A2A"/>
          <w:sz w:val="23"/>
        </w:rPr>
        <w:t xml:space="preserve">12. </w:t>
      </w:r>
      <w:r>
        <w:rPr>
          <w:rFonts w:ascii="Aptos" w:hAnsi="Aptos" w:eastAsia="Aptos"/>
          <w:b w:val="0"/>
          <w:i w:val="0"/>
          <w:color w:val="25352E"/>
          <w:sz w:val="23"/>
        </w:rPr>
        <w:t>Mỗi lần thắng một ý niệm bất thiện, con đường phụng sự lại bớt đi một chướng ngại do chính mình tạo.</w:t>
      </w:r>
    </w:p>
    <w:p>
      <w:pPr>
        <w:keepLines/>
        <w:ind w:left="259" w:hanging="259"/>
      </w:pPr>
      <w:r>
        <w:rPr>
          <w:rFonts w:ascii="Aptos" w:hAnsi="Aptos" w:eastAsia="Aptos"/>
          <w:b/>
          <w:i w:val="0"/>
          <w:color w:val="B58A2A"/>
          <w:sz w:val="23"/>
        </w:rPr>
        <w:t xml:space="preserve">13. </w:t>
      </w:r>
      <w:r>
        <w:rPr>
          <w:rFonts w:ascii="Aptos" w:hAnsi="Aptos" w:eastAsia="Aptos"/>
          <w:b w:val="0"/>
          <w:i w:val="0"/>
          <w:color w:val="25352E"/>
          <w:sz w:val="23"/>
        </w:rPr>
        <w:t>Muốn trở về với lời nguyện ban đầu, hãy trở về nơi gần nhất: việc đang nghĩ, lời sắp nói và điều sắp làm.</w:t>
      </w:r>
    </w:p>
    <w:p>
      <w:bookmarkStart w:id="3" w:name="CHAPTER_2"/>
      <w:pPr>
        <w:pStyle w:val="Heading1"/>
        <w:pageBreakBefore/>
        <w:jc w:val="center"/>
      </w:pPr>
      <w:bookmarkEnd w:id="3"/>
      <w:r>
        <w:rPr>
          <w:rFonts w:ascii="Aptos Display" w:hAnsi="Aptos Display" w:eastAsia="Aptos Display"/>
          <w:b/>
          <w:i w:val="0"/>
          <w:color w:val="2F6B4F"/>
          <w:sz w:val="38"/>
        </w:rPr>
        <w:t>Chương 2</w:t>
        <w:br/>
      </w:r>
      <w:r>
        <w:rPr>
          <w:rFonts w:ascii="Aptos Display" w:hAnsi="Aptos Display" w:eastAsia="Aptos Display"/>
          <w:b/>
          <w:i w:val="0"/>
          <w:color w:val="2F6B4F"/>
          <w:sz w:val="38"/>
        </w:rPr>
        <w:t>Gieo nhiều thiện sự từ thân hiện tại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Như từ một đống hoa,</w:t>
              <w:br/>
            </w:r>
            <w:r>
              <w:rPr>
                <w:rFonts w:ascii="Aptos" w:hAnsi="Aptos" w:eastAsia="Aptos"/>
                <w:b/>
                <w:i w:val="0"/>
                <w:color w:val="2F6B4F"/>
                <w:sz w:val="23"/>
              </w:rPr>
              <w:t>Nhiều tràng hoa được kết.</w:t>
              <w:br/>
            </w:r>
            <w:r>
              <w:rPr>
                <w:rFonts w:ascii="Aptos" w:hAnsi="Aptos" w:eastAsia="Aptos"/>
                <w:b/>
                <w:i w:val="0"/>
                <w:color w:val="2F6B4F"/>
                <w:sz w:val="23"/>
              </w:rPr>
              <w:t>Cũng vậy, thân sanh tử,</w:t>
              <w:br/>
            </w:r>
            <w:r>
              <w:rPr>
                <w:rFonts w:ascii="Aptos" w:hAnsi="Aptos" w:eastAsia="Aptos"/>
                <w:b/>
                <w:i w:val="0"/>
                <w:color w:val="2F6B4F"/>
                <w:sz w:val="23"/>
              </w:rPr>
              <w:t>Làm được nhiều thiện sự.</w:t>
            </w:r>
          </w:p>
          <w:p>
            <w:pPr>
              <w:jc w:val="center"/>
            </w:pPr>
            <w:r>
              <w:rPr>
                <w:rFonts w:ascii="Aptos" w:hAnsi="Aptos" w:eastAsia="Aptos"/>
                <w:b w:val="0"/>
                <w:i/>
                <w:color w:val="66736C"/>
                <w:sz w:val="19"/>
              </w:rPr>
              <w:t>Nguồn: Kinh Pháp Cú, kệ 53, Phẩm Hoa - bản dịch Hòa thượng Thích Minh Châu.</w:t>
            </w:r>
          </w:p>
        </w:tc>
      </w:tr>
    </w:tbl>
    <w:p/>
    <w:p>
      <w:pPr>
        <w:keepLines/>
        <w:ind w:left="259" w:hanging="259"/>
      </w:pPr>
      <w:r>
        <w:rPr>
          <w:rFonts w:ascii="Aptos" w:hAnsi="Aptos" w:eastAsia="Aptos"/>
          <w:b/>
          <w:i w:val="0"/>
          <w:color w:val="B58A2A"/>
          <w:sz w:val="23"/>
        </w:rPr>
        <w:t xml:space="preserve">14. </w:t>
      </w:r>
      <w:r>
        <w:rPr>
          <w:rFonts w:ascii="Aptos" w:hAnsi="Aptos" w:eastAsia="Aptos"/>
          <w:b w:val="0"/>
          <w:i w:val="0"/>
          <w:color w:val="25352E"/>
          <w:sz w:val="23"/>
        </w:rPr>
        <w:t>Thân này vô thường nhưng trong lúc còn hiện hữu, nó có thể kết rất nhiều tràng hoa thiện sự.</w:t>
      </w:r>
    </w:p>
    <w:p>
      <w:pPr>
        <w:keepLines/>
        <w:ind w:left="259" w:hanging="259"/>
      </w:pPr>
      <w:r>
        <w:rPr>
          <w:rFonts w:ascii="Aptos" w:hAnsi="Aptos" w:eastAsia="Aptos"/>
          <w:b/>
          <w:i w:val="0"/>
          <w:color w:val="B58A2A"/>
          <w:sz w:val="23"/>
        </w:rPr>
        <w:t xml:space="preserve">15. </w:t>
      </w:r>
      <w:r>
        <w:rPr>
          <w:rFonts w:ascii="Aptos" w:hAnsi="Aptos" w:eastAsia="Aptos"/>
          <w:b w:val="0"/>
          <w:i w:val="0"/>
          <w:color w:val="25352E"/>
          <w:sz w:val="23"/>
        </w:rPr>
        <w:t>Đừng đợi đủ người, đủ sức và đủ điều kiện mới làm lành; một bông hoa cũng đã bắt đầu được một tràng hoa.</w:t>
      </w:r>
    </w:p>
    <w:p>
      <w:pPr>
        <w:keepLines/>
        <w:ind w:left="259" w:hanging="259"/>
      </w:pPr>
      <w:r>
        <w:rPr>
          <w:rFonts w:ascii="Aptos" w:hAnsi="Aptos" w:eastAsia="Aptos"/>
          <w:b/>
          <w:i w:val="0"/>
          <w:color w:val="B58A2A"/>
          <w:sz w:val="23"/>
        </w:rPr>
        <w:t xml:space="preserve">16. </w:t>
      </w:r>
      <w:r>
        <w:rPr>
          <w:rFonts w:ascii="Aptos" w:hAnsi="Aptos" w:eastAsia="Aptos"/>
          <w:b w:val="0"/>
          <w:i w:val="0"/>
          <w:color w:val="25352E"/>
          <w:sz w:val="23"/>
        </w:rPr>
        <w:t>Đại nguyện lớn lên từ những việc nhỏ được làm thật, không từ những dự định đẹp được kể nhiều.</w:t>
      </w:r>
    </w:p>
    <w:p>
      <w:pPr>
        <w:keepLines/>
        <w:ind w:left="259" w:hanging="259"/>
      </w:pPr>
      <w:r>
        <w:rPr>
          <w:rFonts w:ascii="Aptos" w:hAnsi="Aptos" w:eastAsia="Aptos"/>
          <w:b/>
          <w:i w:val="0"/>
          <w:color w:val="B58A2A"/>
          <w:sz w:val="23"/>
        </w:rPr>
        <w:t xml:space="preserve">17. </w:t>
      </w:r>
      <w:r>
        <w:rPr>
          <w:rFonts w:ascii="Aptos" w:hAnsi="Aptos" w:eastAsia="Aptos"/>
          <w:b w:val="0"/>
          <w:i w:val="0"/>
          <w:color w:val="25352E"/>
          <w:sz w:val="23"/>
        </w:rPr>
        <w:t>Một bài pháp giúp đúng một người bớt khổ vẫn là thiện sự, không cần đám đông mới thành ý nghĩa.</w:t>
      </w:r>
    </w:p>
    <w:p>
      <w:pPr>
        <w:keepLines/>
        <w:ind w:left="259" w:hanging="259"/>
      </w:pPr>
      <w:r>
        <w:rPr>
          <w:rFonts w:ascii="Aptos" w:hAnsi="Aptos" w:eastAsia="Aptos"/>
          <w:b/>
          <w:i w:val="0"/>
          <w:color w:val="B58A2A"/>
          <w:sz w:val="23"/>
        </w:rPr>
        <w:t xml:space="preserve">18. </w:t>
      </w:r>
      <w:r>
        <w:rPr>
          <w:rFonts w:ascii="Aptos" w:hAnsi="Aptos" w:eastAsia="Aptos"/>
          <w:b w:val="0"/>
          <w:i w:val="0"/>
          <w:color w:val="25352E"/>
          <w:sz w:val="23"/>
        </w:rPr>
        <w:t>Ngày không làm được việc vang xa, hãy làm một việc khiến người ở gần được nhẹ lòng.</w:t>
      </w:r>
    </w:p>
    <w:p>
      <w:pPr>
        <w:keepLines/>
        <w:ind w:left="259" w:hanging="259"/>
      </w:pPr>
      <w:r>
        <w:rPr>
          <w:rFonts w:ascii="Aptos" w:hAnsi="Aptos" w:eastAsia="Aptos"/>
          <w:b/>
          <w:i w:val="0"/>
          <w:color w:val="B58A2A"/>
          <w:sz w:val="23"/>
        </w:rPr>
        <w:t xml:space="preserve">19. </w:t>
      </w:r>
      <w:r>
        <w:rPr>
          <w:rFonts w:ascii="Aptos" w:hAnsi="Aptos" w:eastAsia="Aptos"/>
          <w:b w:val="0"/>
          <w:i w:val="0"/>
          <w:color w:val="25352E"/>
          <w:sz w:val="23"/>
        </w:rPr>
        <w:t>Thiện sự không chỉ là cho vật chất; còn là trao hiểu biết, thời gian, sự lắng nghe và một cách nhìn đúng.</w:t>
      </w:r>
    </w:p>
    <w:p>
      <w:pPr>
        <w:keepLines/>
        <w:ind w:left="259" w:hanging="259"/>
      </w:pPr>
      <w:r>
        <w:rPr>
          <w:rFonts w:ascii="Aptos" w:hAnsi="Aptos" w:eastAsia="Aptos"/>
          <w:b/>
          <w:i w:val="0"/>
          <w:color w:val="B58A2A"/>
          <w:sz w:val="23"/>
        </w:rPr>
        <w:t xml:space="preserve">20. </w:t>
      </w:r>
      <w:r>
        <w:rPr>
          <w:rFonts w:ascii="Aptos" w:hAnsi="Aptos" w:eastAsia="Aptos"/>
          <w:b w:val="0"/>
          <w:i w:val="0"/>
          <w:color w:val="25352E"/>
          <w:sz w:val="23"/>
        </w:rPr>
        <w:t>Hoa không tự thành tràng; công đức cũng cần bàn tay kiên nhẫn xâu từng việc lành qua năm tháng.</w:t>
      </w:r>
    </w:p>
    <w:p>
      <w:pPr>
        <w:keepLines/>
        <w:ind w:left="259" w:hanging="259"/>
      </w:pPr>
      <w:r>
        <w:rPr>
          <w:rFonts w:ascii="Aptos" w:hAnsi="Aptos" w:eastAsia="Aptos"/>
          <w:b/>
          <w:i w:val="0"/>
          <w:color w:val="B58A2A"/>
          <w:sz w:val="23"/>
        </w:rPr>
        <w:t xml:space="preserve">21. </w:t>
      </w:r>
      <w:r>
        <w:rPr>
          <w:rFonts w:ascii="Aptos" w:hAnsi="Aptos" w:eastAsia="Aptos"/>
          <w:b w:val="0"/>
          <w:i w:val="0"/>
          <w:color w:val="25352E"/>
          <w:sz w:val="23"/>
        </w:rPr>
        <w:t>Đừng coi thường một trang sách hoàn thành hôm nay; có thể mai sau nó là ngọn đèn trong đêm của một người chưa gặp.</w:t>
      </w:r>
    </w:p>
    <w:p>
      <w:pPr>
        <w:keepLines/>
        <w:ind w:left="259" w:hanging="259"/>
      </w:pPr>
      <w:r>
        <w:rPr>
          <w:rFonts w:ascii="Aptos" w:hAnsi="Aptos" w:eastAsia="Aptos"/>
          <w:b/>
          <w:i w:val="0"/>
          <w:color w:val="B58A2A"/>
          <w:sz w:val="23"/>
        </w:rPr>
        <w:t xml:space="preserve">22. </w:t>
      </w:r>
      <w:r>
        <w:rPr>
          <w:rFonts w:ascii="Aptos" w:hAnsi="Aptos" w:eastAsia="Aptos"/>
          <w:b w:val="0"/>
          <w:i w:val="0"/>
          <w:color w:val="25352E"/>
          <w:sz w:val="23"/>
        </w:rPr>
        <w:t>Điều lành không mất giá vì ít người biết; giá trị của nó nằm ở nỗi khổ đã được làm vơi.</w:t>
      </w:r>
    </w:p>
    <w:p>
      <w:pPr>
        <w:keepLines/>
        <w:ind w:left="259" w:hanging="259"/>
      </w:pPr>
      <w:r>
        <w:rPr>
          <w:rFonts w:ascii="Aptos" w:hAnsi="Aptos" w:eastAsia="Aptos"/>
          <w:b/>
          <w:i w:val="0"/>
          <w:color w:val="B58A2A"/>
          <w:sz w:val="23"/>
        </w:rPr>
        <w:t xml:space="preserve">23. </w:t>
      </w:r>
      <w:r>
        <w:rPr>
          <w:rFonts w:ascii="Aptos" w:hAnsi="Aptos" w:eastAsia="Aptos"/>
          <w:b w:val="0"/>
          <w:i w:val="0"/>
          <w:color w:val="25352E"/>
          <w:sz w:val="23"/>
        </w:rPr>
        <w:t>Mỗi khả năng mình có đều là một nguyên liệu: giọng nói để giảng, bàn tay để viết, đôi chân để đến nơi cần đến.</w:t>
      </w:r>
    </w:p>
    <w:p>
      <w:pPr>
        <w:keepLines/>
        <w:ind w:left="259" w:hanging="259"/>
      </w:pPr>
      <w:r>
        <w:rPr>
          <w:rFonts w:ascii="Aptos" w:hAnsi="Aptos" w:eastAsia="Aptos"/>
          <w:b/>
          <w:i w:val="0"/>
          <w:color w:val="B58A2A"/>
          <w:sz w:val="23"/>
        </w:rPr>
        <w:t xml:space="preserve">24. </w:t>
      </w:r>
      <w:r>
        <w:rPr>
          <w:rFonts w:ascii="Aptos" w:hAnsi="Aptos" w:eastAsia="Aptos"/>
          <w:b w:val="0"/>
          <w:i w:val="0"/>
          <w:color w:val="25352E"/>
          <w:sz w:val="23"/>
        </w:rPr>
        <w:t>Thân sanh tử không giữ được mãi, nên đừng để hết ngày chỉ vì chờ một ngày hoàn hảo.</w:t>
      </w:r>
    </w:p>
    <w:p>
      <w:pPr>
        <w:keepLines/>
        <w:ind w:left="259" w:hanging="259"/>
      </w:pPr>
      <w:r>
        <w:rPr>
          <w:rFonts w:ascii="Aptos" w:hAnsi="Aptos" w:eastAsia="Aptos"/>
          <w:b/>
          <w:i w:val="0"/>
          <w:color w:val="B58A2A"/>
          <w:sz w:val="23"/>
        </w:rPr>
        <w:t xml:space="preserve">25. </w:t>
      </w:r>
      <w:r>
        <w:rPr>
          <w:rFonts w:ascii="Aptos" w:hAnsi="Aptos" w:eastAsia="Aptos"/>
          <w:b w:val="0"/>
          <w:i w:val="0"/>
          <w:color w:val="25352E"/>
          <w:sz w:val="23"/>
        </w:rPr>
        <w:t>Làm thiện đừng chỉ chọn việc khiến mình được thấy; hãy chọn cả việc âm thầm giữ cho điều tốt không bị đứt.</w:t>
      </w:r>
    </w:p>
    <w:p>
      <w:pPr>
        <w:keepLines/>
        <w:ind w:left="259" w:hanging="259"/>
      </w:pPr>
      <w:r>
        <w:rPr>
          <w:rFonts w:ascii="Aptos" w:hAnsi="Aptos" w:eastAsia="Aptos"/>
          <w:b/>
          <w:i w:val="0"/>
          <w:color w:val="B58A2A"/>
          <w:sz w:val="23"/>
        </w:rPr>
        <w:t xml:space="preserve">26. </w:t>
      </w:r>
      <w:r>
        <w:rPr>
          <w:rFonts w:ascii="Aptos" w:hAnsi="Aptos" w:eastAsia="Aptos"/>
          <w:b w:val="0"/>
          <w:i w:val="0"/>
          <w:color w:val="25352E"/>
          <w:sz w:val="23"/>
        </w:rPr>
        <w:t>Cuối một đời, điều còn lại không phải ta đã ôm bao nhiêu hoa, mà là đã kết được bao nhiêu thiện sự trao người.</w:t>
      </w:r>
    </w:p>
    <w:p>
      <w:bookmarkStart w:id="4" w:name="CHAPTER_3"/>
      <w:pPr>
        <w:pStyle w:val="Heading1"/>
        <w:pageBreakBefore/>
        <w:jc w:val="center"/>
      </w:pPr>
      <w:bookmarkEnd w:id="4"/>
      <w:r>
        <w:rPr>
          <w:rFonts w:ascii="Aptos Display" w:hAnsi="Aptos Display" w:eastAsia="Aptos Display"/>
          <w:b/>
          <w:i w:val="0"/>
          <w:color w:val="2F6B4F"/>
          <w:sz w:val="38"/>
        </w:rPr>
        <w:t>Chương 3</w:t>
        <w:br/>
      </w:r>
      <w:r>
        <w:rPr>
          <w:rFonts w:ascii="Aptos Display" w:hAnsi="Aptos Display" w:eastAsia="Aptos Display"/>
          <w:b/>
          <w:i w:val="0"/>
          <w:color w:val="2F6B4F"/>
          <w:sz w:val="38"/>
        </w:rPr>
        <w:t>Lấy Chánh pháp làm quà tặng</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Pháp thí, thắng mọi thí!</w:t>
              <w:br/>
            </w:r>
            <w:r>
              <w:rPr>
                <w:rFonts w:ascii="Aptos" w:hAnsi="Aptos" w:eastAsia="Aptos"/>
                <w:b/>
                <w:i w:val="0"/>
                <w:color w:val="2F6B4F"/>
                <w:sz w:val="23"/>
              </w:rPr>
              <w:t>Pháp vị, thắng mọi vị!</w:t>
              <w:br/>
            </w:r>
            <w:r>
              <w:rPr>
                <w:rFonts w:ascii="Aptos" w:hAnsi="Aptos" w:eastAsia="Aptos"/>
                <w:b/>
                <w:i w:val="0"/>
                <w:color w:val="2F6B4F"/>
                <w:sz w:val="23"/>
              </w:rPr>
              <w:t>Pháp hỷ, thắng mọi hỷ!</w:t>
              <w:br/>
            </w:r>
            <w:r>
              <w:rPr>
                <w:rFonts w:ascii="Aptos" w:hAnsi="Aptos" w:eastAsia="Aptos"/>
                <w:b/>
                <w:i w:val="0"/>
                <w:color w:val="2F6B4F"/>
                <w:sz w:val="23"/>
              </w:rPr>
              <w:t>Ái diệt, thắng mọi khổ!</w:t>
            </w:r>
          </w:p>
          <w:p>
            <w:pPr>
              <w:jc w:val="center"/>
            </w:pPr>
            <w:r>
              <w:rPr>
                <w:rFonts w:ascii="Aptos" w:hAnsi="Aptos" w:eastAsia="Aptos"/>
                <w:b w:val="0"/>
                <w:i/>
                <w:color w:val="66736C"/>
                <w:sz w:val="19"/>
              </w:rPr>
              <w:t>Nguồn: Kinh Pháp Cú, kệ 354, Phẩm Ái Dục - bản dịch Hòa thượng Thích Minh Châu.</w:t>
            </w:r>
          </w:p>
        </w:tc>
      </w:tr>
    </w:tbl>
    <w:p/>
    <w:p>
      <w:pPr>
        <w:keepLines/>
        <w:ind w:left="259" w:hanging="259"/>
      </w:pPr>
      <w:r>
        <w:rPr>
          <w:rFonts w:ascii="Aptos" w:hAnsi="Aptos" w:eastAsia="Aptos"/>
          <w:b/>
          <w:i w:val="0"/>
          <w:color w:val="B58A2A"/>
          <w:sz w:val="23"/>
        </w:rPr>
        <w:t xml:space="preserve">27. </w:t>
      </w:r>
      <w:r>
        <w:rPr>
          <w:rFonts w:ascii="Aptos" w:hAnsi="Aptos" w:eastAsia="Aptos"/>
          <w:b w:val="0"/>
          <w:i w:val="0"/>
          <w:color w:val="25352E"/>
          <w:sz w:val="23"/>
        </w:rPr>
        <w:t>Cho người một điều kiện sống là quý; giúp người thấy con đường tự thoát khổ là món quà còn đi xa hơn.</w:t>
      </w:r>
    </w:p>
    <w:p>
      <w:pPr>
        <w:keepLines/>
        <w:ind w:left="259" w:hanging="259"/>
      </w:pPr>
      <w:r>
        <w:rPr>
          <w:rFonts w:ascii="Aptos" w:hAnsi="Aptos" w:eastAsia="Aptos"/>
          <w:b/>
          <w:i w:val="0"/>
          <w:color w:val="B58A2A"/>
          <w:sz w:val="23"/>
        </w:rPr>
        <w:t xml:space="preserve">28. </w:t>
      </w:r>
      <w:r>
        <w:rPr>
          <w:rFonts w:ascii="Aptos" w:hAnsi="Aptos" w:eastAsia="Aptos"/>
          <w:b w:val="0"/>
          <w:i w:val="0"/>
          <w:color w:val="25352E"/>
          <w:sz w:val="23"/>
        </w:rPr>
        <w:t>Pháp thí không phải nói thật nhiều, mà là trao đúng điều người nghe có thể hiểu và thực hành.</w:t>
      </w:r>
    </w:p>
    <w:p>
      <w:pPr>
        <w:keepLines/>
        <w:ind w:left="259" w:hanging="259"/>
      </w:pPr>
      <w:r>
        <w:rPr>
          <w:rFonts w:ascii="Aptos" w:hAnsi="Aptos" w:eastAsia="Aptos"/>
          <w:b/>
          <w:i w:val="0"/>
          <w:color w:val="B58A2A"/>
          <w:sz w:val="23"/>
        </w:rPr>
        <w:t xml:space="preserve">29. </w:t>
      </w:r>
      <w:r>
        <w:rPr>
          <w:rFonts w:ascii="Aptos" w:hAnsi="Aptos" w:eastAsia="Aptos"/>
          <w:b w:val="0"/>
          <w:i w:val="0"/>
          <w:color w:val="25352E"/>
          <w:sz w:val="23"/>
        </w:rPr>
        <w:t>Một lời kinh phải được trao cùng nguồn gốc và nghĩa đúng, để lòng tốt không vô tình truyền sai Chánh pháp.</w:t>
      </w:r>
    </w:p>
    <w:p>
      <w:pPr>
        <w:keepLines/>
        <w:ind w:left="259" w:hanging="259"/>
      </w:pPr>
      <w:r>
        <w:rPr>
          <w:rFonts w:ascii="Aptos" w:hAnsi="Aptos" w:eastAsia="Aptos"/>
          <w:b/>
          <w:i w:val="0"/>
          <w:color w:val="B58A2A"/>
          <w:sz w:val="23"/>
        </w:rPr>
        <w:t xml:space="preserve">30. </w:t>
      </w:r>
      <w:r>
        <w:rPr>
          <w:rFonts w:ascii="Aptos" w:hAnsi="Aptos" w:eastAsia="Aptos"/>
          <w:b w:val="0"/>
          <w:i w:val="0"/>
          <w:color w:val="25352E"/>
          <w:sz w:val="23"/>
        </w:rPr>
        <w:t>Đừng dùng Phật pháp để thắng người; hãy dùng Phật pháp để cả mình và người cùng bớt chấp.</w:t>
      </w:r>
    </w:p>
    <w:p>
      <w:pPr>
        <w:keepLines/>
        <w:ind w:left="259" w:hanging="259"/>
      </w:pPr>
      <w:r>
        <w:rPr>
          <w:rFonts w:ascii="Aptos" w:hAnsi="Aptos" w:eastAsia="Aptos"/>
          <w:b/>
          <w:i w:val="0"/>
          <w:color w:val="B58A2A"/>
          <w:sz w:val="23"/>
        </w:rPr>
        <w:t xml:space="preserve">31. </w:t>
      </w:r>
      <w:r>
        <w:rPr>
          <w:rFonts w:ascii="Aptos" w:hAnsi="Aptos" w:eastAsia="Aptos"/>
          <w:b w:val="0"/>
          <w:i w:val="0"/>
          <w:color w:val="25352E"/>
          <w:sz w:val="23"/>
        </w:rPr>
        <w:t>Người giảng pháp không sở hữu ánh sáng; chỉ có trách nhiệm giữ ngọn đèn sạch và đưa đúng hướng.</w:t>
      </w:r>
    </w:p>
    <w:p>
      <w:pPr>
        <w:keepLines/>
        <w:ind w:left="259" w:hanging="259"/>
      </w:pPr>
      <w:r>
        <w:rPr>
          <w:rFonts w:ascii="Aptos" w:hAnsi="Aptos" w:eastAsia="Aptos"/>
          <w:b/>
          <w:i w:val="0"/>
          <w:color w:val="B58A2A"/>
          <w:sz w:val="23"/>
        </w:rPr>
        <w:t xml:space="preserve">32. </w:t>
      </w:r>
      <w:r>
        <w:rPr>
          <w:rFonts w:ascii="Aptos" w:hAnsi="Aptos" w:eastAsia="Aptos"/>
          <w:b w:val="0"/>
          <w:i w:val="0"/>
          <w:color w:val="25352E"/>
          <w:sz w:val="23"/>
        </w:rPr>
        <w:t>Pháp vị sâu không làm người nghe lệ thuộc người nói; nó giúp họ biết trở về quan sát tâm mình.</w:t>
      </w:r>
    </w:p>
    <w:p>
      <w:pPr>
        <w:keepLines/>
        <w:ind w:left="259" w:hanging="259"/>
      </w:pPr>
      <w:r>
        <w:rPr>
          <w:rFonts w:ascii="Aptos" w:hAnsi="Aptos" w:eastAsia="Aptos"/>
          <w:b/>
          <w:i w:val="0"/>
          <w:color w:val="B58A2A"/>
          <w:sz w:val="23"/>
        </w:rPr>
        <w:t xml:space="preserve">33. </w:t>
      </w:r>
      <w:r>
        <w:rPr>
          <w:rFonts w:ascii="Aptos" w:hAnsi="Aptos" w:eastAsia="Aptos"/>
          <w:b w:val="0"/>
          <w:i w:val="0"/>
          <w:color w:val="25352E"/>
          <w:sz w:val="23"/>
        </w:rPr>
        <w:t>Một bài giảng hay chưa đủ nếu sau đó người nghe chỉ nhớ người giảng mà quên điều cần tu.</w:t>
      </w:r>
    </w:p>
    <w:p>
      <w:pPr>
        <w:keepLines/>
        <w:ind w:left="259" w:hanging="259"/>
      </w:pPr>
      <w:r>
        <w:rPr>
          <w:rFonts w:ascii="Aptos" w:hAnsi="Aptos" w:eastAsia="Aptos"/>
          <w:b/>
          <w:i w:val="0"/>
          <w:color w:val="B58A2A"/>
          <w:sz w:val="23"/>
        </w:rPr>
        <w:t xml:space="preserve">34. </w:t>
      </w:r>
      <w:r>
        <w:rPr>
          <w:rFonts w:ascii="Aptos" w:hAnsi="Aptos" w:eastAsia="Aptos"/>
          <w:b w:val="0"/>
          <w:i w:val="0"/>
          <w:color w:val="25352E"/>
          <w:sz w:val="23"/>
        </w:rPr>
        <w:t>Pháp hỷ không phải niềm vui được tán dương; đó là niềm vui khi một người hiểu đúng và sống lành hơn.</w:t>
      </w:r>
    </w:p>
    <w:p>
      <w:pPr>
        <w:keepLines/>
        <w:ind w:left="259" w:hanging="259"/>
      </w:pPr>
      <w:r>
        <w:rPr>
          <w:rFonts w:ascii="Aptos" w:hAnsi="Aptos" w:eastAsia="Aptos"/>
          <w:b/>
          <w:i w:val="0"/>
          <w:color w:val="B58A2A"/>
          <w:sz w:val="23"/>
        </w:rPr>
        <w:t xml:space="preserve">35. </w:t>
      </w:r>
      <w:r>
        <w:rPr>
          <w:rFonts w:ascii="Aptos" w:hAnsi="Aptos" w:eastAsia="Aptos"/>
          <w:b w:val="0"/>
          <w:i w:val="0"/>
          <w:color w:val="25352E"/>
          <w:sz w:val="23"/>
        </w:rPr>
        <w:t>Trao Chánh pháp cần cả trí tuệ lẫn từ bi: đúng mà quá cứng có thể đóng cửa, mềm mà sai nghĩa có thể lạc đường.</w:t>
      </w:r>
    </w:p>
    <w:p>
      <w:pPr>
        <w:keepLines/>
        <w:ind w:left="259" w:hanging="259"/>
      </w:pPr>
      <w:r>
        <w:rPr>
          <w:rFonts w:ascii="Aptos" w:hAnsi="Aptos" w:eastAsia="Aptos"/>
          <w:b/>
          <w:i w:val="0"/>
          <w:color w:val="B58A2A"/>
          <w:sz w:val="23"/>
        </w:rPr>
        <w:t xml:space="preserve">36. </w:t>
      </w:r>
      <w:r>
        <w:rPr>
          <w:rFonts w:ascii="Aptos" w:hAnsi="Aptos" w:eastAsia="Aptos"/>
          <w:b w:val="0"/>
          <w:i w:val="0"/>
          <w:color w:val="25352E"/>
          <w:sz w:val="23"/>
        </w:rPr>
        <w:t>Đại nguyện hoằng pháp phải chịu được việc gieo hạt hôm nay mà không đòi thấy quả ngay.</w:t>
      </w:r>
    </w:p>
    <w:p>
      <w:pPr>
        <w:keepLines/>
        <w:ind w:left="259" w:hanging="259"/>
      </w:pPr>
      <w:r>
        <w:rPr>
          <w:rFonts w:ascii="Aptos" w:hAnsi="Aptos" w:eastAsia="Aptos"/>
          <w:b/>
          <w:i w:val="0"/>
          <w:color w:val="B58A2A"/>
          <w:sz w:val="23"/>
        </w:rPr>
        <w:t xml:space="preserve">37. </w:t>
      </w:r>
      <w:r>
        <w:rPr>
          <w:rFonts w:ascii="Aptos" w:hAnsi="Aptos" w:eastAsia="Aptos"/>
          <w:b w:val="0"/>
          <w:i w:val="0"/>
          <w:color w:val="25352E"/>
          <w:sz w:val="23"/>
        </w:rPr>
        <w:t>Khi lời nói không còn giúp người bớt tham, sân, si, hãy trở lại học trước khi tiếp tục giảng.</w:t>
      </w:r>
    </w:p>
    <w:p>
      <w:pPr>
        <w:keepLines/>
        <w:ind w:left="259" w:hanging="259"/>
      </w:pPr>
      <w:r>
        <w:rPr>
          <w:rFonts w:ascii="Aptos" w:hAnsi="Aptos" w:eastAsia="Aptos"/>
          <w:b/>
          <w:i w:val="0"/>
          <w:color w:val="B58A2A"/>
          <w:sz w:val="23"/>
        </w:rPr>
        <w:t xml:space="preserve">38. </w:t>
      </w:r>
      <w:r>
        <w:rPr>
          <w:rFonts w:ascii="Aptos" w:hAnsi="Aptos" w:eastAsia="Aptos"/>
          <w:b w:val="0"/>
          <w:i w:val="0"/>
          <w:color w:val="25352E"/>
          <w:sz w:val="23"/>
        </w:rPr>
        <w:t>Pháp thí quý nhất khi người trao không lấy sự biết ơn làm giá phải trả.</w:t>
      </w:r>
    </w:p>
    <w:p>
      <w:pPr>
        <w:keepLines/>
        <w:ind w:left="259" w:hanging="259"/>
      </w:pPr>
      <w:r>
        <w:rPr>
          <w:rFonts w:ascii="Aptos" w:hAnsi="Aptos" w:eastAsia="Aptos"/>
          <w:b/>
          <w:i w:val="0"/>
          <w:color w:val="B58A2A"/>
          <w:sz w:val="23"/>
        </w:rPr>
        <w:t xml:space="preserve">39. </w:t>
      </w:r>
      <w:r>
        <w:rPr>
          <w:rFonts w:ascii="Aptos" w:hAnsi="Aptos" w:eastAsia="Aptos"/>
          <w:b w:val="0"/>
          <w:i w:val="0"/>
          <w:color w:val="25352E"/>
          <w:sz w:val="23"/>
        </w:rPr>
        <w:t>Để lại một lời đúng cho đời cũng là để lại chiếc bè; người qua sông rồi, chiếc bè không cần mang tên mình.</w:t>
      </w:r>
    </w:p>
    <w:p>
      <w:bookmarkStart w:id="5" w:name="CHAPTER_4"/>
      <w:pPr>
        <w:pStyle w:val="Heading1"/>
        <w:pageBreakBefore/>
        <w:jc w:val="center"/>
      </w:pPr>
      <w:bookmarkEnd w:id="5"/>
      <w:r>
        <w:rPr>
          <w:rFonts w:ascii="Aptos Display" w:hAnsi="Aptos Display" w:eastAsia="Aptos Display"/>
          <w:b/>
          <w:i w:val="0"/>
          <w:color w:val="2F6B4F"/>
          <w:sz w:val="38"/>
        </w:rPr>
        <w:t>Chương 4</w:t>
        <w:br/>
      </w:r>
      <w:r>
        <w:rPr>
          <w:rFonts w:ascii="Aptos Display" w:hAnsi="Aptos Display" w:eastAsia="Aptos Display"/>
          <w:b/>
          <w:i w:val="0"/>
          <w:color w:val="2F6B4F"/>
          <w:sz w:val="38"/>
        </w:rPr>
        <w:t>Đi qua nghịch duyên mà không đổi tâm</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Ta như voi giữa trận,</w:t>
              <w:br/>
            </w:r>
            <w:r>
              <w:rPr>
                <w:rFonts w:ascii="Aptos" w:hAnsi="Aptos" w:eastAsia="Aptos"/>
                <w:b/>
                <w:i w:val="0"/>
                <w:color w:val="2F6B4F"/>
                <w:sz w:val="23"/>
              </w:rPr>
              <w:t>Hứng chịu cung tên rơi,</w:t>
              <w:br/>
            </w:r>
            <w:r>
              <w:rPr>
                <w:rFonts w:ascii="Aptos" w:hAnsi="Aptos" w:eastAsia="Aptos"/>
                <w:b/>
                <w:i w:val="0"/>
                <w:color w:val="2F6B4F"/>
                <w:sz w:val="23"/>
              </w:rPr>
              <w:t>Chịu đựng mọi phỉ báng,</w:t>
              <w:br/>
            </w:r>
            <w:r>
              <w:rPr>
                <w:rFonts w:ascii="Aptos" w:hAnsi="Aptos" w:eastAsia="Aptos"/>
                <w:b/>
                <w:i w:val="0"/>
                <w:color w:val="2F6B4F"/>
                <w:sz w:val="23"/>
              </w:rPr>
              <w:t>Ác giới rất nhiều người.</w:t>
            </w:r>
          </w:p>
          <w:p>
            <w:pPr>
              <w:jc w:val="center"/>
            </w:pPr>
            <w:r>
              <w:rPr>
                <w:rFonts w:ascii="Aptos" w:hAnsi="Aptos" w:eastAsia="Aptos"/>
                <w:b w:val="0"/>
                <w:i/>
                <w:color w:val="66736C"/>
                <w:sz w:val="19"/>
              </w:rPr>
              <w:t>Nguồn: Kinh Pháp Cú, kệ 320, Phẩm Voi - bản dịch Hòa thượng Thích Minh Châu.</w:t>
            </w:r>
          </w:p>
        </w:tc>
      </w:tr>
    </w:tbl>
    <w:p/>
    <w:p>
      <w:pPr>
        <w:keepLines/>
        <w:ind w:left="259" w:hanging="259"/>
      </w:pPr>
      <w:r>
        <w:rPr>
          <w:rFonts w:ascii="Aptos" w:hAnsi="Aptos" w:eastAsia="Aptos"/>
          <w:b/>
          <w:i w:val="0"/>
          <w:color w:val="B58A2A"/>
          <w:sz w:val="23"/>
        </w:rPr>
        <w:t xml:space="preserve">40. </w:t>
      </w:r>
      <w:r>
        <w:rPr>
          <w:rFonts w:ascii="Aptos" w:hAnsi="Aptos" w:eastAsia="Aptos"/>
          <w:b w:val="0"/>
          <w:i w:val="0"/>
          <w:color w:val="25352E"/>
          <w:sz w:val="23"/>
        </w:rPr>
        <w:t>Nghịch duyên thử độ sâu của đại nguyện: còn thuận thì ai cũng nói được, bị hiểu lầm mà không đổi tâm mới khó.</w:t>
      </w:r>
    </w:p>
    <w:p>
      <w:pPr>
        <w:keepLines/>
        <w:ind w:left="259" w:hanging="259"/>
      </w:pPr>
      <w:r>
        <w:rPr>
          <w:rFonts w:ascii="Aptos" w:hAnsi="Aptos" w:eastAsia="Aptos"/>
          <w:b/>
          <w:i w:val="0"/>
          <w:color w:val="B58A2A"/>
          <w:sz w:val="23"/>
        </w:rPr>
        <w:t xml:space="preserve">41. </w:t>
      </w:r>
      <w:r>
        <w:rPr>
          <w:rFonts w:ascii="Aptos" w:hAnsi="Aptos" w:eastAsia="Aptos"/>
          <w:b w:val="0"/>
          <w:i w:val="0"/>
          <w:color w:val="25352E"/>
          <w:sz w:val="23"/>
        </w:rPr>
        <w:t>Chịu đựng không phải để người khác tiếp tục làm sai; là không cho cái sai của họ quyết định phẩm hạnh của mình.</w:t>
      </w:r>
    </w:p>
    <w:p>
      <w:pPr>
        <w:keepLines/>
        <w:ind w:left="259" w:hanging="259"/>
      </w:pPr>
      <w:r>
        <w:rPr>
          <w:rFonts w:ascii="Aptos" w:hAnsi="Aptos" w:eastAsia="Aptos"/>
          <w:b/>
          <w:i w:val="0"/>
          <w:color w:val="B58A2A"/>
          <w:sz w:val="23"/>
        </w:rPr>
        <w:t xml:space="preserve">42. </w:t>
      </w:r>
      <w:r>
        <w:rPr>
          <w:rFonts w:ascii="Aptos" w:hAnsi="Aptos" w:eastAsia="Aptos"/>
          <w:b w:val="0"/>
          <w:i w:val="0"/>
          <w:color w:val="25352E"/>
          <w:sz w:val="23"/>
        </w:rPr>
        <w:t>Mũi tên lời nói chỉ gây thêm một vết thương khi ta rút nó ra rồi bắn lại.</w:t>
      </w:r>
    </w:p>
    <w:p>
      <w:pPr>
        <w:keepLines/>
        <w:ind w:left="259" w:hanging="259"/>
      </w:pPr>
      <w:r>
        <w:rPr>
          <w:rFonts w:ascii="Aptos" w:hAnsi="Aptos" w:eastAsia="Aptos"/>
          <w:b/>
          <w:i w:val="0"/>
          <w:color w:val="B58A2A"/>
          <w:sz w:val="23"/>
        </w:rPr>
        <w:t xml:space="preserve">43. </w:t>
      </w:r>
      <w:r>
        <w:rPr>
          <w:rFonts w:ascii="Aptos" w:hAnsi="Aptos" w:eastAsia="Aptos"/>
          <w:b w:val="0"/>
          <w:i w:val="0"/>
          <w:color w:val="25352E"/>
          <w:sz w:val="23"/>
        </w:rPr>
        <w:t>Người đi đường dài cần da dày trước khen chê nhưng trái tim vẫn phải mềm trước nỗi khổ.</w:t>
      </w:r>
    </w:p>
    <w:p>
      <w:pPr>
        <w:keepLines/>
        <w:ind w:left="259" w:hanging="259"/>
      </w:pPr>
      <w:r>
        <w:rPr>
          <w:rFonts w:ascii="Aptos" w:hAnsi="Aptos" w:eastAsia="Aptos"/>
          <w:b/>
          <w:i w:val="0"/>
          <w:color w:val="B58A2A"/>
          <w:sz w:val="23"/>
        </w:rPr>
        <w:t xml:space="preserve">44. </w:t>
      </w:r>
      <w:r>
        <w:rPr>
          <w:rFonts w:ascii="Aptos" w:hAnsi="Aptos" w:eastAsia="Aptos"/>
          <w:b w:val="0"/>
          <w:i w:val="0"/>
          <w:color w:val="25352E"/>
          <w:sz w:val="23"/>
        </w:rPr>
        <w:t>Đừng vì một người phụ lòng mà đóng cửa với tất cả người còn cần được giúp.</w:t>
      </w:r>
    </w:p>
    <w:p>
      <w:pPr>
        <w:keepLines/>
        <w:ind w:left="259" w:hanging="259"/>
      </w:pPr>
      <w:r>
        <w:rPr>
          <w:rFonts w:ascii="Aptos" w:hAnsi="Aptos" w:eastAsia="Aptos"/>
          <w:b/>
          <w:i w:val="0"/>
          <w:color w:val="B58A2A"/>
          <w:sz w:val="23"/>
        </w:rPr>
        <w:t xml:space="preserve">45. </w:t>
      </w:r>
      <w:r>
        <w:rPr>
          <w:rFonts w:ascii="Aptos" w:hAnsi="Aptos" w:eastAsia="Aptos"/>
          <w:b w:val="0"/>
          <w:i w:val="0"/>
          <w:color w:val="25352E"/>
          <w:sz w:val="23"/>
        </w:rPr>
        <w:t>Nghịch cảnh có thể đổi kế hoạch, nhưng không nhất thiết đổi điều lành mình đã chọn phụng sự.</w:t>
      </w:r>
    </w:p>
    <w:p>
      <w:pPr>
        <w:keepLines/>
        <w:ind w:left="259" w:hanging="259"/>
      </w:pPr>
      <w:r>
        <w:rPr>
          <w:rFonts w:ascii="Aptos" w:hAnsi="Aptos" w:eastAsia="Aptos"/>
          <w:b/>
          <w:i w:val="0"/>
          <w:color w:val="B58A2A"/>
          <w:sz w:val="23"/>
        </w:rPr>
        <w:t xml:space="preserve">46. </w:t>
      </w:r>
      <w:r>
        <w:rPr>
          <w:rFonts w:ascii="Aptos" w:hAnsi="Aptos" w:eastAsia="Aptos"/>
          <w:b w:val="0"/>
          <w:i w:val="0"/>
          <w:color w:val="25352E"/>
          <w:sz w:val="23"/>
        </w:rPr>
        <w:t>Có lúc im lặng là sức mạnh; có lúc nói rõ ranh giới mới là cách bảo vệ con đường.</w:t>
      </w:r>
    </w:p>
    <w:p>
      <w:pPr>
        <w:keepLines/>
        <w:ind w:left="259" w:hanging="259"/>
      </w:pPr>
      <w:r>
        <w:rPr>
          <w:rFonts w:ascii="Aptos" w:hAnsi="Aptos" w:eastAsia="Aptos"/>
          <w:b/>
          <w:i w:val="0"/>
          <w:color w:val="B58A2A"/>
          <w:sz w:val="23"/>
        </w:rPr>
        <w:t xml:space="preserve">47. </w:t>
      </w:r>
      <w:r>
        <w:rPr>
          <w:rFonts w:ascii="Aptos" w:hAnsi="Aptos" w:eastAsia="Aptos"/>
          <w:b w:val="0"/>
          <w:i w:val="0"/>
          <w:color w:val="25352E"/>
          <w:sz w:val="23"/>
        </w:rPr>
        <w:t>Con voi giữa trận không chạy theo từng mũi tên; người có đại nguyện cũng không bỏ hướng vì từng lời kích động.</w:t>
      </w:r>
    </w:p>
    <w:p>
      <w:pPr>
        <w:keepLines/>
        <w:ind w:left="259" w:hanging="259"/>
      </w:pPr>
      <w:r>
        <w:rPr>
          <w:rFonts w:ascii="Aptos" w:hAnsi="Aptos" w:eastAsia="Aptos"/>
          <w:b/>
          <w:i w:val="0"/>
          <w:color w:val="B58A2A"/>
          <w:sz w:val="23"/>
        </w:rPr>
        <w:t xml:space="preserve">48. </w:t>
      </w:r>
      <w:r>
        <w:rPr>
          <w:rFonts w:ascii="Aptos" w:hAnsi="Aptos" w:eastAsia="Aptos"/>
          <w:b w:val="0"/>
          <w:i w:val="0"/>
          <w:color w:val="25352E"/>
          <w:sz w:val="23"/>
        </w:rPr>
        <w:t>Phỉ báng không chứng minh ta đúng hay sai; hãy dùng giới, định và tuệ để tự xét thay vì dùng đám đông.</w:t>
      </w:r>
    </w:p>
    <w:p>
      <w:pPr>
        <w:keepLines/>
        <w:ind w:left="259" w:hanging="259"/>
      </w:pPr>
      <w:r>
        <w:rPr>
          <w:rFonts w:ascii="Aptos" w:hAnsi="Aptos" w:eastAsia="Aptos"/>
          <w:b/>
          <w:i w:val="0"/>
          <w:color w:val="B58A2A"/>
          <w:sz w:val="23"/>
        </w:rPr>
        <w:t xml:space="preserve">49. </w:t>
      </w:r>
      <w:r>
        <w:rPr>
          <w:rFonts w:ascii="Aptos" w:hAnsi="Aptos" w:eastAsia="Aptos"/>
          <w:b w:val="0"/>
          <w:i w:val="0"/>
          <w:color w:val="25352E"/>
          <w:sz w:val="23"/>
        </w:rPr>
        <w:t>Nếu nghịch duyên làm ta sâu sắc hơn mà không cay độc hơn, nó đã trở thành một phần của đạo.</w:t>
      </w:r>
    </w:p>
    <w:p>
      <w:pPr>
        <w:keepLines/>
        <w:ind w:left="259" w:hanging="259"/>
      </w:pPr>
      <w:r>
        <w:rPr>
          <w:rFonts w:ascii="Aptos" w:hAnsi="Aptos" w:eastAsia="Aptos"/>
          <w:b/>
          <w:i w:val="0"/>
          <w:color w:val="B58A2A"/>
          <w:sz w:val="23"/>
        </w:rPr>
        <w:t xml:space="preserve">50. </w:t>
      </w:r>
      <w:r>
        <w:rPr>
          <w:rFonts w:ascii="Aptos" w:hAnsi="Aptos" w:eastAsia="Aptos"/>
          <w:b w:val="0"/>
          <w:i w:val="0"/>
          <w:color w:val="25352E"/>
          <w:sz w:val="23"/>
        </w:rPr>
        <w:t>Đừng mang người gây đau đi suốt cuộc hành trình bằng cách nghĩ về họ nhiều hơn nghĩ về đại nguyện.</w:t>
      </w:r>
    </w:p>
    <w:p>
      <w:pPr>
        <w:keepLines/>
        <w:ind w:left="259" w:hanging="259"/>
      </w:pPr>
      <w:r>
        <w:rPr>
          <w:rFonts w:ascii="Aptos" w:hAnsi="Aptos" w:eastAsia="Aptos"/>
          <w:b/>
          <w:i w:val="0"/>
          <w:color w:val="B58A2A"/>
          <w:sz w:val="23"/>
        </w:rPr>
        <w:t xml:space="preserve">51. </w:t>
      </w:r>
      <w:r>
        <w:rPr>
          <w:rFonts w:ascii="Aptos" w:hAnsi="Aptos" w:eastAsia="Aptos"/>
          <w:b w:val="0"/>
          <w:i w:val="0"/>
          <w:color w:val="25352E"/>
          <w:sz w:val="23"/>
        </w:rPr>
        <w:t>Sức chịu đựng lành luôn đi cùng trí tuệ; chịu điều phải ngăn không phải nhẫn, mà là bỏ mặc nhân quả tiếp diễn.</w:t>
      </w:r>
    </w:p>
    <w:p>
      <w:pPr>
        <w:keepLines/>
        <w:ind w:left="259" w:hanging="259"/>
      </w:pPr>
      <w:r>
        <w:rPr>
          <w:rFonts w:ascii="Aptos" w:hAnsi="Aptos" w:eastAsia="Aptos"/>
          <w:b/>
          <w:i w:val="0"/>
          <w:color w:val="B58A2A"/>
          <w:sz w:val="23"/>
        </w:rPr>
        <w:t xml:space="preserve">52. </w:t>
      </w:r>
      <w:r>
        <w:rPr>
          <w:rFonts w:ascii="Aptos" w:hAnsi="Aptos" w:eastAsia="Aptos"/>
          <w:b w:val="0"/>
          <w:i w:val="0"/>
          <w:color w:val="25352E"/>
          <w:sz w:val="23"/>
        </w:rPr>
        <w:t>Đi qua mưa tên mà vẫn giữ được tâm lành là chiến thắng không cần ai đứng xem.</w:t>
      </w:r>
    </w:p>
    <w:p>
      <w:bookmarkStart w:id="6" w:name="CHAPTER_5"/>
      <w:pPr>
        <w:pStyle w:val="Heading1"/>
        <w:pageBreakBefore/>
        <w:jc w:val="center"/>
      </w:pPr>
      <w:bookmarkEnd w:id="6"/>
      <w:r>
        <w:rPr>
          <w:rFonts w:ascii="Aptos Display" w:hAnsi="Aptos Display" w:eastAsia="Aptos Display"/>
          <w:b/>
          <w:i w:val="0"/>
          <w:color w:val="2F6B4F"/>
          <w:sz w:val="38"/>
        </w:rPr>
        <w:t>Chương 5</w:t>
        <w:br/>
      </w:r>
      <w:r>
        <w:rPr>
          <w:rFonts w:ascii="Aptos Display" w:hAnsi="Aptos Display" w:eastAsia="Aptos Display"/>
          <w:b/>
          <w:i w:val="0"/>
          <w:color w:val="2F6B4F"/>
          <w:sz w:val="38"/>
        </w:rPr>
        <w:t>Phụng sự mà không bỏ quên chính mình</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Chớ vì lợi ích người,</w:t>
              <w:br/>
            </w:r>
            <w:r>
              <w:rPr>
                <w:rFonts w:ascii="Aptos" w:hAnsi="Aptos" w:eastAsia="Aptos"/>
                <w:b/>
                <w:i w:val="0"/>
                <w:color w:val="2F6B4F"/>
                <w:sz w:val="23"/>
              </w:rPr>
              <w:t>Mà quên hẳn lợi ích mình.</w:t>
              <w:br/>
            </w:r>
            <w:r>
              <w:rPr>
                <w:rFonts w:ascii="Aptos" w:hAnsi="Aptos" w:eastAsia="Aptos"/>
                <w:b/>
                <w:i w:val="0"/>
                <w:color w:val="2F6B4F"/>
                <w:sz w:val="23"/>
              </w:rPr>
              <w:t>Biết rõ lợi ích mình,</w:t>
              <w:br/>
            </w:r>
            <w:r>
              <w:rPr>
                <w:rFonts w:ascii="Aptos" w:hAnsi="Aptos" w:eastAsia="Aptos"/>
                <w:b/>
                <w:i w:val="0"/>
                <w:color w:val="2F6B4F"/>
                <w:sz w:val="23"/>
              </w:rPr>
              <w:t>Hãy chuyên tâm lợi ích.</w:t>
            </w:r>
          </w:p>
          <w:p>
            <w:pPr>
              <w:jc w:val="center"/>
            </w:pPr>
            <w:r>
              <w:rPr>
                <w:rFonts w:ascii="Aptos" w:hAnsi="Aptos" w:eastAsia="Aptos"/>
                <w:b w:val="0"/>
                <w:i/>
                <w:color w:val="66736C"/>
                <w:sz w:val="19"/>
              </w:rPr>
              <w:t>Nguồn: Kinh Pháp Cú, kệ 166, Phẩm Tự Ngã - bản dịch Hòa thượng Thích Minh Châu.</w:t>
            </w:r>
          </w:p>
        </w:tc>
      </w:tr>
    </w:tbl>
    <w:p/>
    <w:p>
      <w:pPr>
        <w:keepLines/>
        <w:ind w:left="259" w:hanging="259"/>
      </w:pPr>
      <w:r>
        <w:rPr>
          <w:rFonts w:ascii="Aptos" w:hAnsi="Aptos" w:eastAsia="Aptos"/>
          <w:b/>
          <w:i w:val="0"/>
          <w:color w:val="B58A2A"/>
          <w:sz w:val="23"/>
        </w:rPr>
        <w:t xml:space="preserve">53. </w:t>
      </w:r>
      <w:r>
        <w:rPr>
          <w:rFonts w:ascii="Aptos" w:hAnsi="Aptos" w:eastAsia="Aptos"/>
          <w:b w:val="0"/>
          <w:i w:val="0"/>
          <w:color w:val="25352E"/>
          <w:sz w:val="23"/>
        </w:rPr>
        <w:t>Phụng sự không có nghĩa biến mình thành nhiên liệu cháy hết để người khác được ấm một lúc.</w:t>
      </w:r>
    </w:p>
    <w:p>
      <w:pPr>
        <w:keepLines/>
        <w:ind w:left="259" w:hanging="259"/>
      </w:pPr>
      <w:r>
        <w:rPr>
          <w:rFonts w:ascii="Aptos" w:hAnsi="Aptos" w:eastAsia="Aptos"/>
          <w:b/>
          <w:i w:val="0"/>
          <w:color w:val="B58A2A"/>
          <w:sz w:val="23"/>
        </w:rPr>
        <w:t xml:space="preserve">54. </w:t>
      </w:r>
      <w:r>
        <w:rPr>
          <w:rFonts w:ascii="Aptos" w:hAnsi="Aptos" w:eastAsia="Aptos"/>
          <w:b w:val="0"/>
          <w:i w:val="0"/>
          <w:color w:val="25352E"/>
          <w:sz w:val="23"/>
        </w:rPr>
        <w:t>Lợi ích chân thật của mình là giới hạnh, sức khỏe, trí tuệ và khả năng tiếp tục con đường lâu dài.</w:t>
      </w:r>
    </w:p>
    <w:p>
      <w:pPr>
        <w:keepLines/>
        <w:ind w:left="259" w:hanging="259"/>
      </w:pPr>
      <w:r>
        <w:rPr>
          <w:rFonts w:ascii="Aptos" w:hAnsi="Aptos" w:eastAsia="Aptos"/>
          <w:b/>
          <w:i w:val="0"/>
          <w:color w:val="B58A2A"/>
          <w:sz w:val="23"/>
        </w:rPr>
        <w:t xml:space="preserve">55. </w:t>
      </w:r>
      <w:r>
        <w:rPr>
          <w:rFonts w:ascii="Aptos" w:hAnsi="Aptos" w:eastAsia="Aptos"/>
          <w:b w:val="0"/>
          <w:i w:val="0"/>
          <w:color w:val="25352E"/>
          <w:sz w:val="23"/>
        </w:rPr>
        <w:t>Cho đi mà đánh mất sự sáng suốt thì món quà về sau có thể mang theo oán trách.</w:t>
      </w:r>
    </w:p>
    <w:p>
      <w:pPr>
        <w:keepLines/>
        <w:ind w:left="259" w:hanging="259"/>
      </w:pPr>
      <w:r>
        <w:rPr>
          <w:rFonts w:ascii="Aptos" w:hAnsi="Aptos" w:eastAsia="Aptos"/>
          <w:b/>
          <w:i w:val="0"/>
          <w:color w:val="B58A2A"/>
          <w:sz w:val="23"/>
        </w:rPr>
        <w:t xml:space="preserve">56. </w:t>
      </w:r>
      <w:r>
        <w:rPr>
          <w:rFonts w:ascii="Aptos" w:hAnsi="Aptos" w:eastAsia="Aptos"/>
          <w:b w:val="0"/>
          <w:i w:val="0"/>
          <w:color w:val="25352E"/>
          <w:sz w:val="23"/>
        </w:rPr>
        <w:t>Người có đại nguyện cũng cần ăn, ngủ, chữa bệnh và có ranh giới; thân này là phương tiện đang chuyên chở việc lành.</w:t>
      </w:r>
    </w:p>
    <w:p>
      <w:pPr>
        <w:keepLines/>
        <w:ind w:left="259" w:hanging="259"/>
      </w:pPr>
      <w:r>
        <w:rPr>
          <w:rFonts w:ascii="Aptos" w:hAnsi="Aptos" w:eastAsia="Aptos"/>
          <w:b/>
          <w:i w:val="0"/>
          <w:color w:val="B58A2A"/>
          <w:sz w:val="23"/>
        </w:rPr>
        <w:t xml:space="preserve">57. </w:t>
      </w:r>
      <w:r>
        <w:rPr>
          <w:rFonts w:ascii="Aptos" w:hAnsi="Aptos" w:eastAsia="Aptos"/>
          <w:b w:val="0"/>
          <w:i w:val="0"/>
          <w:color w:val="25352E"/>
          <w:sz w:val="23"/>
        </w:rPr>
        <w:t>Không phải lời cầu cứu nào cũng là trách nhiệm riêng của mình; trí tuệ còn là biết việc nào nên trao đúng người.</w:t>
      </w:r>
    </w:p>
    <w:p>
      <w:pPr>
        <w:keepLines/>
        <w:ind w:left="259" w:hanging="259"/>
      </w:pPr>
      <w:r>
        <w:rPr>
          <w:rFonts w:ascii="Aptos" w:hAnsi="Aptos" w:eastAsia="Aptos"/>
          <w:b/>
          <w:i w:val="0"/>
          <w:color w:val="B58A2A"/>
          <w:sz w:val="23"/>
        </w:rPr>
        <w:t xml:space="preserve">58. </w:t>
      </w:r>
      <w:r>
        <w:rPr>
          <w:rFonts w:ascii="Aptos" w:hAnsi="Aptos" w:eastAsia="Aptos"/>
          <w:b w:val="0"/>
          <w:i w:val="0"/>
          <w:color w:val="25352E"/>
          <w:sz w:val="23"/>
        </w:rPr>
        <w:t>Từ chối một việc vượt sức có thể là cách giữ lời với nhiều việc quan trọng hơn.</w:t>
      </w:r>
    </w:p>
    <w:p>
      <w:pPr>
        <w:keepLines/>
        <w:ind w:left="259" w:hanging="259"/>
      </w:pPr>
      <w:r>
        <w:rPr>
          <w:rFonts w:ascii="Aptos" w:hAnsi="Aptos" w:eastAsia="Aptos"/>
          <w:b/>
          <w:i w:val="0"/>
          <w:color w:val="B58A2A"/>
          <w:sz w:val="23"/>
        </w:rPr>
        <w:t xml:space="preserve">59. </w:t>
      </w:r>
      <w:r>
        <w:rPr>
          <w:rFonts w:ascii="Aptos" w:hAnsi="Aptos" w:eastAsia="Aptos"/>
          <w:b w:val="0"/>
          <w:i w:val="0"/>
          <w:color w:val="25352E"/>
          <w:sz w:val="23"/>
        </w:rPr>
        <w:t>Đừng lấy kiệt quệ làm bằng chứng của lòng từ; từ bi đúng không bỏ sót người đang ở trong chính thân này.</w:t>
      </w:r>
    </w:p>
    <w:p>
      <w:pPr>
        <w:keepLines/>
        <w:ind w:left="259" w:hanging="259"/>
      </w:pPr>
      <w:r>
        <w:rPr>
          <w:rFonts w:ascii="Aptos" w:hAnsi="Aptos" w:eastAsia="Aptos"/>
          <w:b/>
          <w:i w:val="0"/>
          <w:color w:val="B58A2A"/>
          <w:sz w:val="23"/>
        </w:rPr>
        <w:t xml:space="preserve">60. </w:t>
      </w:r>
      <w:r>
        <w:rPr>
          <w:rFonts w:ascii="Aptos" w:hAnsi="Aptos" w:eastAsia="Aptos"/>
          <w:b w:val="0"/>
          <w:i w:val="0"/>
          <w:color w:val="25352E"/>
          <w:sz w:val="23"/>
        </w:rPr>
        <w:t>Giúp người đứng được quý hơn cõng họ mãi, vì sự lệ thuộc làm yếu cả hai phía.</w:t>
      </w:r>
    </w:p>
    <w:p>
      <w:pPr>
        <w:keepLines/>
        <w:ind w:left="259" w:hanging="259"/>
      </w:pPr>
      <w:r>
        <w:rPr>
          <w:rFonts w:ascii="Aptos" w:hAnsi="Aptos" w:eastAsia="Aptos"/>
          <w:b/>
          <w:i w:val="0"/>
          <w:color w:val="B58A2A"/>
          <w:sz w:val="23"/>
        </w:rPr>
        <w:t xml:space="preserve">61. </w:t>
      </w:r>
      <w:r>
        <w:rPr>
          <w:rFonts w:ascii="Aptos" w:hAnsi="Aptos" w:eastAsia="Aptos"/>
          <w:b w:val="0"/>
          <w:i w:val="0"/>
          <w:color w:val="25352E"/>
          <w:sz w:val="23"/>
        </w:rPr>
        <w:t>Khi lòng tốt bắt đầu đòi người khác sống theo ý mình, hãy dừng lại xem phụng sự đã biến thành kiểm soát chưa.</w:t>
      </w:r>
    </w:p>
    <w:p>
      <w:pPr>
        <w:keepLines/>
        <w:ind w:left="259" w:hanging="259"/>
      </w:pPr>
      <w:r>
        <w:rPr>
          <w:rFonts w:ascii="Aptos" w:hAnsi="Aptos" w:eastAsia="Aptos"/>
          <w:b/>
          <w:i w:val="0"/>
          <w:color w:val="B58A2A"/>
          <w:sz w:val="23"/>
        </w:rPr>
        <w:t xml:space="preserve">62. </w:t>
      </w:r>
      <w:r>
        <w:rPr>
          <w:rFonts w:ascii="Aptos" w:hAnsi="Aptos" w:eastAsia="Aptos"/>
          <w:b w:val="0"/>
          <w:i w:val="0"/>
          <w:color w:val="25352E"/>
          <w:sz w:val="23"/>
        </w:rPr>
        <w:t>Giữ mình không phải ích kỷ nếu điều được giữ là khả năng sống lành và phụng sự bền.</w:t>
      </w:r>
    </w:p>
    <w:p>
      <w:pPr>
        <w:keepLines/>
        <w:ind w:left="259" w:hanging="259"/>
      </w:pPr>
      <w:r>
        <w:rPr>
          <w:rFonts w:ascii="Aptos" w:hAnsi="Aptos" w:eastAsia="Aptos"/>
          <w:b/>
          <w:i w:val="0"/>
          <w:color w:val="B58A2A"/>
          <w:sz w:val="23"/>
        </w:rPr>
        <w:t xml:space="preserve">63. </w:t>
      </w:r>
      <w:r>
        <w:rPr>
          <w:rFonts w:ascii="Aptos" w:hAnsi="Aptos" w:eastAsia="Aptos"/>
          <w:b w:val="0"/>
          <w:i w:val="0"/>
          <w:color w:val="25352E"/>
          <w:sz w:val="23"/>
        </w:rPr>
        <w:t>Có những ngày tu cho mình vững chính là phần việc cần thiết nhất đối với chúng sinh ngày mai.</w:t>
      </w:r>
    </w:p>
    <w:p>
      <w:pPr>
        <w:keepLines/>
        <w:ind w:left="259" w:hanging="259"/>
      </w:pPr>
      <w:r>
        <w:rPr>
          <w:rFonts w:ascii="Aptos" w:hAnsi="Aptos" w:eastAsia="Aptos"/>
          <w:b/>
          <w:i w:val="0"/>
          <w:color w:val="B58A2A"/>
          <w:sz w:val="23"/>
        </w:rPr>
        <w:t xml:space="preserve">64. </w:t>
      </w:r>
      <w:r>
        <w:rPr>
          <w:rFonts w:ascii="Aptos" w:hAnsi="Aptos" w:eastAsia="Aptos"/>
          <w:b w:val="0"/>
          <w:i w:val="0"/>
          <w:color w:val="25352E"/>
          <w:sz w:val="23"/>
        </w:rPr>
        <w:t>Đại nguyện trưởng thành không chỉ biết mở tay cho đi, mà còn biết khép cửa đúng lúc để bảo vệ nguồn sáng.</w:t>
      </w:r>
    </w:p>
    <w:p>
      <w:bookmarkStart w:id="7" w:name="CHAPTER_6"/>
      <w:pPr>
        <w:pStyle w:val="Heading1"/>
        <w:pageBreakBefore/>
        <w:jc w:val="center"/>
      </w:pPr>
      <w:bookmarkEnd w:id="7"/>
      <w:r>
        <w:rPr>
          <w:rFonts w:ascii="Aptos Display" w:hAnsi="Aptos Display" w:eastAsia="Aptos Display"/>
          <w:b/>
          <w:i w:val="0"/>
          <w:color w:val="2F6B4F"/>
          <w:sz w:val="38"/>
        </w:rPr>
        <w:t>Chương 6</w:t>
        <w:br/>
      </w:r>
      <w:r>
        <w:rPr>
          <w:rFonts w:ascii="Aptos Display" w:hAnsi="Aptos Display" w:eastAsia="Aptos Display"/>
          <w:b/>
          <w:i w:val="0"/>
          <w:color w:val="2F6B4F"/>
          <w:sz w:val="38"/>
        </w:rPr>
        <w:t>Bền chí ngày đêm</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Những người thường giác tỉnh,</w:t>
              <w:br/>
            </w:r>
            <w:r>
              <w:rPr>
                <w:rFonts w:ascii="Aptos" w:hAnsi="Aptos" w:eastAsia="Aptos"/>
                <w:b/>
                <w:i w:val="0"/>
                <w:color w:val="2F6B4F"/>
                <w:sz w:val="23"/>
              </w:rPr>
              <w:t>Ngày đêm siêng tu học,</w:t>
              <w:br/>
            </w:r>
            <w:r>
              <w:rPr>
                <w:rFonts w:ascii="Aptos" w:hAnsi="Aptos" w:eastAsia="Aptos"/>
                <w:b/>
                <w:i w:val="0"/>
                <w:color w:val="2F6B4F"/>
                <w:sz w:val="23"/>
              </w:rPr>
              <w:t>Chuyên tâm hướng Niết-bàn,</w:t>
              <w:br/>
            </w:r>
            <w:r>
              <w:rPr>
                <w:rFonts w:ascii="Aptos" w:hAnsi="Aptos" w:eastAsia="Aptos"/>
                <w:b/>
                <w:i w:val="0"/>
                <w:color w:val="2F6B4F"/>
                <w:sz w:val="23"/>
              </w:rPr>
              <w:t>Mọi lậu hoặc được tiêu.</w:t>
            </w:r>
          </w:p>
          <w:p>
            <w:pPr>
              <w:jc w:val="center"/>
            </w:pPr>
            <w:r>
              <w:rPr>
                <w:rFonts w:ascii="Aptos" w:hAnsi="Aptos" w:eastAsia="Aptos"/>
                <w:b w:val="0"/>
                <w:i/>
                <w:color w:val="66736C"/>
                <w:sz w:val="19"/>
              </w:rPr>
              <w:t>Nguồn: Kinh Pháp Cú, kệ 226, Phẩm Phẫn Nộ - bản dịch Hòa thượng Thích Minh Châu.</w:t>
            </w:r>
          </w:p>
        </w:tc>
      </w:tr>
    </w:tbl>
    <w:p/>
    <w:p>
      <w:pPr>
        <w:keepLines/>
        <w:ind w:left="259" w:hanging="259"/>
      </w:pPr>
      <w:r>
        <w:rPr>
          <w:rFonts w:ascii="Aptos" w:hAnsi="Aptos" w:eastAsia="Aptos"/>
          <w:b/>
          <w:i w:val="0"/>
          <w:color w:val="B58A2A"/>
          <w:sz w:val="23"/>
        </w:rPr>
        <w:t xml:space="preserve">65. </w:t>
      </w:r>
      <w:r>
        <w:rPr>
          <w:rFonts w:ascii="Aptos" w:hAnsi="Aptos" w:eastAsia="Aptos"/>
          <w:b w:val="0"/>
          <w:i w:val="0"/>
          <w:color w:val="25352E"/>
          <w:sz w:val="23"/>
        </w:rPr>
        <w:t>Bền chí không ồn ào; nó là việc vẫn quay về học và tu khi cảm hứng đã rời đi.</w:t>
      </w:r>
    </w:p>
    <w:p>
      <w:pPr>
        <w:keepLines/>
        <w:ind w:left="259" w:hanging="259"/>
      </w:pPr>
      <w:r>
        <w:rPr>
          <w:rFonts w:ascii="Aptos" w:hAnsi="Aptos" w:eastAsia="Aptos"/>
          <w:b/>
          <w:i w:val="0"/>
          <w:color w:val="B58A2A"/>
          <w:sz w:val="23"/>
        </w:rPr>
        <w:t xml:space="preserve">66. </w:t>
      </w:r>
      <w:r>
        <w:rPr>
          <w:rFonts w:ascii="Aptos" w:hAnsi="Aptos" w:eastAsia="Aptos"/>
          <w:b w:val="0"/>
          <w:i w:val="0"/>
          <w:color w:val="25352E"/>
          <w:sz w:val="23"/>
        </w:rPr>
        <w:t>Ngày đêm siêng tu không có nghĩa thức quên thân, mà là trong mọi nhịp sống đều không quên hướng tỉnh thức.</w:t>
      </w:r>
    </w:p>
    <w:p>
      <w:pPr>
        <w:keepLines/>
        <w:ind w:left="259" w:hanging="259"/>
      </w:pPr>
      <w:r>
        <w:rPr>
          <w:rFonts w:ascii="Aptos" w:hAnsi="Aptos" w:eastAsia="Aptos"/>
          <w:b/>
          <w:i w:val="0"/>
          <w:color w:val="B58A2A"/>
          <w:sz w:val="23"/>
        </w:rPr>
        <w:t xml:space="preserve">67. </w:t>
      </w:r>
      <w:r>
        <w:rPr>
          <w:rFonts w:ascii="Aptos" w:hAnsi="Aptos" w:eastAsia="Aptos"/>
          <w:b w:val="0"/>
          <w:i w:val="0"/>
          <w:color w:val="25352E"/>
          <w:sz w:val="23"/>
        </w:rPr>
        <w:t>Một đại nguyện sống được nhờ thời khóa bình thường, không nhờ vài đêm bùng cháy rồi nhiều tuần bỏ trống.</w:t>
      </w:r>
    </w:p>
    <w:p>
      <w:pPr>
        <w:keepLines/>
        <w:ind w:left="259" w:hanging="259"/>
      </w:pPr>
      <w:r>
        <w:rPr>
          <w:rFonts w:ascii="Aptos" w:hAnsi="Aptos" w:eastAsia="Aptos"/>
          <w:b/>
          <w:i w:val="0"/>
          <w:color w:val="B58A2A"/>
          <w:sz w:val="23"/>
        </w:rPr>
        <w:t xml:space="preserve">68. </w:t>
      </w:r>
      <w:r>
        <w:rPr>
          <w:rFonts w:ascii="Aptos" w:hAnsi="Aptos" w:eastAsia="Aptos"/>
          <w:b w:val="0"/>
          <w:i w:val="0"/>
          <w:color w:val="25352E"/>
          <w:sz w:val="23"/>
        </w:rPr>
        <w:t>Học để thấy mình còn sai khác hẳn học để có thêm điều chứng minh mình hơn người.</w:t>
      </w:r>
    </w:p>
    <w:p>
      <w:pPr>
        <w:keepLines/>
        <w:ind w:left="259" w:hanging="259"/>
      </w:pPr>
      <w:r>
        <w:rPr>
          <w:rFonts w:ascii="Aptos" w:hAnsi="Aptos" w:eastAsia="Aptos"/>
          <w:b/>
          <w:i w:val="0"/>
          <w:color w:val="B58A2A"/>
          <w:sz w:val="23"/>
        </w:rPr>
        <w:t xml:space="preserve">69. </w:t>
      </w:r>
      <w:r>
        <w:rPr>
          <w:rFonts w:ascii="Aptos" w:hAnsi="Aptos" w:eastAsia="Aptos"/>
          <w:b w:val="0"/>
          <w:i w:val="0"/>
          <w:color w:val="25352E"/>
          <w:sz w:val="23"/>
        </w:rPr>
        <w:t>Chuyên tâm là biết nói không với những việc hấp dẫn nhưng không đưa mình gần hơn điều đã nguyện.</w:t>
      </w:r>
    </w:p>
    <w:p>
      <w:pPr>
        <w:keepLines/>
        <w:ind w:left="259" w:hanging="259"/>
      </w:pPr>
      <w:r>
        <w:rPr>
          <w:rFonts w:ascii="Aptos" w:hAnsi="Aptos" w:eastAsia="Aptos"/>
          <w:b/>
          <w:i w:val="0"/>
          <w:color w:val="B58A2A"/>
          <w:sz w:val="23"/>
        </w:rPr>
        <w:t xml:space="preserve">70. </w:t>
      </w:r>
      <w:r>
        <w:rPr>
          <w:rFonts w:ascii="Aptos" w:hAnsi="Aptos" w:eastAsia="Aptos"/>
          <w:b w:val="0"/>
          <w:i w:val="0"/>
          <w:color w:val="25352E"/>
          <w:sz w:val="23"/>
        </w:rPr>
        <w:t>Ngày thuận hãy tích lũy; ngày nghịch hãy giữ tối thiểu; đừng để sợi chỉ hành trì bị đứt.</w:t>
      </w:r>
    </w:p>
    <w:p>
      <w:pPr>
        <w:keepLines/>
        <w:ind w:left="259" w:hanging="259"/>
      </w:pPr>
      <w:r>
        <w:rPr>
          <w:rFonts w:ascii="Aptos" w:hAnsi="Aptos" w:eastAsia="Aptos"/>
          <w:b/>
          <w:i w:val="0"/>
          <w:color w:val="B58A2A"/>
          <w:sz w:val="23"/>
        </w:rPr>
        <w:t xml:space="preserve">71. </w:t>
      </w:r>
      <w:r>
        <w:rPr>
          <w:rFonts w:ascii="Aptos" w:hAnsi="Aptos" w:eastAsia="Aptos"/>
          <w:b w:val="0"/>
          <w:i w:val="0"/>
          <w:color w:val="25352E"/>
          <w:sz w:val="23"/>
        </w:rPr>
        <w:t>Bền chí không phải không đổi nhịp, mà là dù nhanh hay chậm vẫn nhận ra phương hướng.</w:t>
      </w:r>
    </w:p>
    <w:p>
      <w:pPr>
        <w:keepLines/>
        <w:ind w:left="259" w:hanging="259"/>
      </w:pPr>
      <w:r>
        <w:rPr>
          <w:rFonts w:ascii="Aptos" w:hAnsi="Aptos" w:eastAsia="Aptos"/>
          <w:b/>
          <w:i w:val="0"/>
          <w:color w:val="B58A2A"/>
          <w:sz w:val="23"/>
        </w:rPr>
        <w:t xml:space="preserve">72. </w:t>
      </w:r>
      <w:r>
        <w:rPr>
          <w:rFonts w:ascii="Aptos" w:hAnsi="Aptos" w:eastAsia="Aptos"/>
          <w:b w:val="0"/>
          <w:i w:val="0"/>
          <w:color w:val="25352E"/>
          <w:sz w:val="23"/>
        </w:rPr>
        <w:t>Mỗi lần trở lại sau xao lãng làm đại nguyện bớt là lời hứa và thêm là một nếp sống.</w:t>
      </w:r>
    </w:p>
    <w:p>
      <w:pPr>
        <w:keepLines/>
        <w:ind w:left="259" w:hanging="259"/>
      </w:pPr>
      <w:r>
        <w:rPr>
          <w:rFonts w:ascii="Aptos" w:hAnsi="Aptos" w:eastAsia="Aptos"/>
          <w:b/>
          <w:i w:val="0"/>
          <w:color w:val="B58A2A"/>
          <w:sz w:val="23"/>
        </w:rPr>
        <w:t xml:space="preserve">73. </w:t>
      </w:r>
      <w:r>
        <w:rPr>
          <w:rFonts w:ascii="Aptos" w:hAnsi="Aptos" w:eastAsia="Aptos"/>
          <w:b w:val="0"/>
          <w:i w:val="0"/>
          <w:color w:val="25352E"/>
          <w:sz w:val="23"/>
        </w:rPr>
        <w:t>Không cần thắng cả đời trong một buổi sáng; chỉ cần đừng giao trọn buổi sáng ấy cho phóng dật.</w:t>
      </w:r>
    </w:p>
    <w:p>
      <w:pPr>
        <w:keepLines/>
        <w:ind w:left="259" w:hanging="259"/>
      </w:pPr>
      <w:r>
        <w:rPr>
          <w:rFonts w:ascii="Aptos" w:hAnsi="Aptos" w:eastAsia="Aptos"/>
          <w:b/>
          <w:i w:val="0"/>
          <w:color w:val="B58A2A"/>
          <w:sz w:val="23"/>
        </w:rPr>
        <w:t xml:space="preserve">74. </w:t>
      </w:r>
      <w:r>
        <w:rPr>
          <w:rFonts w:ascii="Aptos" w:hAnsi="Aptos" w:eastAsia="Aptos"/>
          <w:b w:val="0"/>
          <w:i w:val="0"/>
          <w:color w:val="25352E"/>
          <w:sz w:val="23"/>
        </w:rPr>
        <w:t>Người chuyên tâm đo tiến bộ bằng tham, sân, si có bớt hay không, chứ không chỉ bằng việc đã làm nhiều bao nhiêu.</w:t>
      </w:r>
    </w:p>
    <w:p>
      <w:pPr>
        <w:keepLines/>
        <w:ind w:left="259" w:hanging="259"/>
      </w:pPr>
      <w:r>
        <w:rPr>
          <w:rFonts w:ascii="Aptos" w:hAnsi="Aptos" w:eastAsia="Aptos"/>
          <w:b/>
          <w:i w:val="0"/>
          <w:color w:val="B58A2A"/>
          <w:sz w:val="23"/>
        </w:rPr>
        <w:t xml:space="preserve">75. </w:t>
      </w:r>
      <w:r>
        <w:rPr>
          <w:rFonts w:ascii="Aptos" w:hAnsi="Aptos" w:eastAsia="Aptos"/>
          <w:b w:val="0"/>
          <w:i w:val="0"/>
          <w:color w:val="25352E"/>
          <w:sz w:val="23"/>
        </w:rPr>
        <w:t>Có công phu không ai vỗ tay: đọc lại một đoạn kinh, sửa một ý sai và giữ tâm không phóng theo hơn thua.</w:t>
      </w:r>
    </w:p>
    <w:p>
      <w:pPr>
        <w:keepLines/>
        <w:ind w:left="259" w:hanging="259"/>
      </w:pPr>
      <w:r>
        <w:rPr>
          <w:rFonts w:ascii="Aptos" w:hAnsi="Aptos" w:eastAsia="Aptos"/>
          <w:b/>
          <w:i w:val="0"/>
          <w:color w:val="B58A2A"/>
          <w:sz w:val="23"/>
        </w:rPr>
        <w:t xml:space="preserve">76. </w:t>
      </w:r>
      <w:r>
        <w:rPr>
          <w:rFonts w:ascii="Aptos" w:hAnsi="Aptos" w:eastAsia="Aptos"/>
          <w:b w:val="0"/>
          <w:i w:val="0"/>
          <w:color w:val="25352E"/>
          <w:sz w:val="23"/>
        </w:rPr>
        <w:t>Đại nguyện đi đến cuối đường nhờ những ngày rất thường mà người hành trì vẫn không quên mình đang đi đâu.</w:t>
      </w:r>
    </w:p>
    <w:p>
      <w:bookmarkStart w:id="8" w:name="CHAPTER_7"/>
      <w:pPr>
        <w:pStyle w:val="Heading1"/>
        <w:pageBreakBefore/>
        <w:jc w:val="center"/>
      </w:pPr>
      <w:bookmarkEnd w:id="8"/>
      <w:r>
        <w:rPr>
          <w:rFonts w:ascii="Aptos Display" w:hAnsi="Aptos Display" w:eastAsia="Aptos Display"/>
          <w:b/>
          <w:i w:val="0"/>
          <w:color w:val="2F6B4F"/>
          <w:sz w:val="38"/>
        </w:rPr>
        <w:t>Chương 7</w:t>
        <w:br/>
      </w:r>
      <w:r>
        <w:rPr>
          <w:rFonts w:ascii="Aptos Display" w:hAnsi="Aptos Display" w:eastAsia="Aptos Display"/>
          <w:b/>
          <w:i w:val="0"/>
          <w:color w:val="2F6B4F"/>
          <w:sz w:val="38"/>
        </w:rPr>
        <w:t>Làm điều thiện rồi tiếp tục làm thêm</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Nếu người làm điều thiện,</w:t>
              <w:br/>
            </w:r>
            <w:r>
              <w:rPr>
                <w:rFonts w:ascii="Aptos" w:hAnsi="Aptos" w:eastAsia="Aptos"/>
                <w:b/>
                <w:i w:val="0"/>
                <w:color w:val="2F6B4F"/>
                <w:sz w:val="23"/>
              </w:rPr>
              <w:t>Nên tiếp tục làm thêm.</w:t>
              <w:br/>
            </w:r>
            <w:r>
              <w:rPr>
                <w:rFonts w:ascii="Aptos" w:hAnsi="Aptos" w:eastAsia="Aptos"/>
                <w:b/>
                <w:i w:val="0"/>
                <w:color w:val="2F6B4F"/>
                <w:sz w:val="23"/>
              </w:rPr>
              <w:t>Hãy ước muốn điều thiện,</w:t>
              <w:br/>
            </w:r>
            <w:r>
              <w:rPr>
                <w:rFonts w:ascii="Aptos" w:hAnsi="Aptos" w:eastAsia="Aptos"/>
                <w:b/>
                <w:i w:val="0"/>
                <w:color w:val="2F6B4F"/>
                <w:sz w:val="23"/>
              </w:rPr>
              <w:t>Chứa thiện, được an lạc.</w:t>
            </w:r>
          </w:p>
          <w:p>
            <w:pPr>
              <w:jc w:val="center"/>
            </w:pPr>
            <w:r>
              <w:rPr>
                <w:rFonts w:ascii="Aptos" w:hAnsi="Aptos" w:eastAsia="Aptos"/>
                <w:b w:val="0"/>
                <w:i/>
                <w:color w:val="66736C"/>
                <w:sz w:val="19"/>
              </w:rPr>
              <w:t>Nguồn: Kinh Pháp Cú, kệ 118, Phẩm Ác - bản dịch Hòa thượng Thích Minh Châu.</w:t>
            </w:r>
          </w:p>
        </w:tc>
      </w:tr>
    </w:tbl>
    <w:p/>
    <w:p>
      <w:pPr>
        <w:keepLines/>
        <w:ind w:left="259" w:hanging="259"/>
      </w:pPr>
      <w:r>
        <w:rPr>
          <w:rFonts w:ascii="Aptos" w:hAnsi="Aptos" w:eastAsia="Aptos"/>
          <w:b/>
          <w:i w:val="0"/>
          <w:color w:val="B58A2A"/>
          <w:sz w:val="23"/>
        </w:rPr>
        <w:t xml:space="preserve">77. </w:t>
      </w:r>
      <w:r>
        <w:rPr>
          <w:rFonts w:ascii="Aptos" w:hAnsi="Aptos" w:eastAsia="Aptos"/>
          <w:b w:val="0"/>
          <w:i w:val="0"/>
          <w:color w:val="25352E"/>
          <w:sz w:val="23"/>
        </w:rPr>
        <w:t>Một việc thiện đã làm không phải chỗ để nằm nghỉ trên danh tiếng; nó là bằng chứng rằng mình có thể làm thêm.</w:t>
      </w:r>
    </w:p>
    <w:p>
      <w:pPr>
        <w:keepLines/>
        <w:ind w:left="259" w:hanging="259"/>
      </w:pPr>
      <w:r>
        <w:rPr>
          <w:rFonts w:ascii="Aptos" w:hAnsi="Aptos" w:eastAsia="Aptos"/>
          <w:b/>
          <w:i w:val="0"/>
          <w:color w:val="B58A2A"/>
          <w:sz w:val="23"/>
        </w:rPr>
        <w:t xml:space="preserve">78. </w:t>
      </w:r>
      <w:r>
        <w:rPr>
          <w:rFonts w:ascii="Aptos" w:hAnsi="Aptos" w:eastAsia="Aptos"/>
          <w:b w:val="0"/>
          <w:i w:val="0"/>
          <w:color w:val="25352E"/>
          <w:sz w:val="23"/>
        </w:rPr>
        <w:t>Thiện nghiệp cần được lặp cho thành nếp, nếu không việc lành chỉ là một khoảnh khắc đẹp giữa thói quen cũ.</w:t>
      </w:r>
    </w:p>
    <w:p>
      <w:pPr>
        <w:keepLines/>
        <w:ind w:left="259" w:hanging="259"/>
      </w:pPr>
      <w:r>
        <w:rPr>
          <w:rFonts w:ascii="Aptos" w:hAnsi="Aptos" w:eastAsia="Aptos"/>
          <w:b/>
          <w:i w:val="0"/>
          <w:color w:val="B58A2A"/>
          <w:sz w:val="23"/>
        </w:rPr>
        <w:t xml:space="preserve">79. </w:t>
      </w:r>
      <w:r>
        <w:rPr>
          <w:rFonts w:ascii="Aptos" w:hAnsi="Aptos" w:eastAsia="Aptos"/>
          <w:b w:val="0"/>
          <w:i w:val="0"/>
          <w:color w:val="25352E"/>
          <w:sz w:val="23"/>
        </w:rPr>
        <w:t>Ước muốn điều thiện khác với tham thành tích: một bên muốn lợi ích tăng, một bên muốn tên mình lớn.</w:t>
      </w:r>
    </w:p>
    <w:p>
      <w:pPr>
        <w:keepLines/>
        <w:ind w:left="259" w:hanging="259"/>
      </w:pPr>
      <w:r>
        <w:rPr>
          <w:rFonts w:ascii="Aptos" w:hAnsi="Aptos" w:eastAsia="Aptos"/>
          <w:b/>
          <w:i w:val="0"/>
          <w:color w:val="B58A2A"/>
          <w:sz w:val="23"/>
        </w:rPr>
        <w:t xml:space="preserve">80. </w:t>
      </w:r>
      <w:r>
        <w:rPr>
          <w:rFonts w:ascii="Aptos" w:hAnsi="Aptos" w:eastAsia="Aptos"/>
          <w:b w:val="0"/>
          <w:i w:val="0"/>
          <w:color w:val="25352E"/>
          <w:sz w:val="23"/>
        </w:rPr>
        <w:t>Đừng để việc tốt hôm qua trở thành lý do miễn cho mình sống tử tế hôm nay.</w:t>
      </w:r>
    </w:p>
    <w:p>
      <w:pPr>
        <w:keepLines/>
        <w:ind w:left="259" w:hanging="259"/>
      </w:pPr>
      <w:r>
        <w:rPr>
          <w:rFonts w:ascii="Aptos" w:hAnsi="Aptos" w:eastAsia="Aptos"/>
          <w:b/>
          <w:i w:val="0"/>
          <w:color w:val="B58A2A"/>
          <w:sz w:val="23"/>
        </w:rPr>
        <w:t xml:space="preserve">81. </w:t>
      </w:r>
      <w:r>
        <w:rPr>
          <w:rFonts w:ascii="Aptos" w:hAnsi="Aptos" w:eastAsia="Aptos"/>
          <w:b w:val="0"/>
          <w:i w:val="0"/>
          <w:color w:val="25352E"/>
          <w:sz w:val="23"/>
        </w:rPr>
        <w:t>Chứa thiện là góp từng lựa chọn lành vào tâm cho đến khi điều đúng trở nên tự nhiên hơn điều dễ.</w:t>
      </w:r>
    </w:p>
    <w:p>
      <w:pPr>
        <w:keepLines/>
        <w:ind w:left="259" w:hanging="259"/>
      </w:pPr>
      <w:r>
        <w:rPr>
          <w:rFonts w:ascii="Aptos" w:hAnsi="Aptos" w:eastAsia="Aptos"/>
          <w:b/>
          <w:i w:val="0"/>
          <w:color w:val="B58A2A"/>
          <w:sz w:val="23"/>
        </w:rPr>
        <w:t xml:space="preserve">82. </w:t>
      </w:r>
      <w:r>
        <w:rPr>
          <w:rFonts w:ascii="Aptos" w:hAnsi="Aptos" w:eastAsia="Aptos"/>
          <w:b w:val="0"/>
          <w:i w:val="0"/>
          <w:color w:val="25352E"/>
          <w:sz w:val="23"/>
        </w:rPr>
        <w:t>Khi đã tìm ra một cách giúp người thật sự có ích, hãy làm cho nó đều, rõ và có thể được tiếp nối.</w:t>
      </w:r>
    </w:p>
    <w:p>
      <w:pPr>
        <w:keepLines/>
        <w:ind w:left="259" w:hanging="259"/>
      </w:pPr>
      <w:r>
        <w:rPr>
          <w:rFonts w:ascii="Aptos" w:hAnsi="Aptos" w:eastAsia="Aptos"/>
          <w:b/>
          <w:i w:val="0"/>
          <w:color w:val="B58A2A"/>
          <w:sz w:val="23"/>
        </w:rPr>
        <w:t xml:space="preserve">83. </w:t>
      </w:r>
      <w:r>
        <w:rPr>
          <w:rFonts w:ascii="Aptos" w:hAnsi="Aptos" w:eastAsia="Aptos"/>
          <w:b w:val="0"/>
          <w:i w:val="0"/>
          <w:color w:val="25352E"/>
          <w:sz w:val="23"/>
        </w:rPr>
        <w:t>Điều thiện bền cần hệ thống: ghi lại, kiểm tra, sửa sai và trao cho người sau khả năng tiếp tục.</w:t>
      </w:r>
    </w:p>
    <w:p>
      <w:pPr>
        <w:keepLines/>
        <w:ind w:left="259" w:hanging="259"/>
      </w:pPr>
      <w:r>
        <w:rPr>
          <w:rFonts w:ascii="Aptos" w:hAnsi="Aptos" w:eastAsia="Aptos"/>
          <w:b/>
          <w:i w:val="0"/>
          <w:color w:val="B58A2A"/>
          <w:sz w:val="23"/>
        </w:rPr>
        <w:t xml:space="preserve">84. </w:t>
      </w:r>
      <w:r>
        <w:rPr>
          <w:rFonts w:ascii="Aptos" w:hAnsi="Aptos" w:eastAsia="Aptos"/>
          <w:b w:val="0"/>
          <w:i w:val="0"/>
          <w:color w:val="25352E"/>
          <w:sz w:val="23"/>
        </w:rPr>
        <w:t>Làm thêm không luôn có nghĩa làm nhiều hơn; có khi là làm sâu hơn, đúng hơn và ít gây hệ quả phụ hơn.</w:t>
      </w:r>
    </w:p>
    <w:p>
      <w:pPr>
        <w:keepLines/>
        <w:ind w:left="259" w:hanging="259"/>
      </w:pPr>
      <w:r>
        <w:rPr>
          <w:rFonts w:ascii="Aptos" w:hAnsi="Aptos" w:eastAsia="Aptos"/>
          <w:b/>
          <w:i w:val="0"/>
          <w:color w:val="B58A2A"/>
          <w:sz w:val="23"/>
        </w:rPr>
        <w:t xml:space="preserve">85. </w:t>
      </w:r>
      <w:r>
        <w:rPr>
          <w:rFonts w:ascii="Aptos" w:hAnsi="Aptos" w:eastAsia="Aptos"/>
          <w:b w:val="0"/>
          <w:i w:val="0"/>
          <w:color w:val="25352E"/>
          <w:sz w:val="23"/>
        </w:rPr>
        <w:t>Một cuốn sách ra đời là một thiện sự; giữ cho nội dung đúng, dễ đọc và đến được người cần là phần thiện sự tiếp theo.</w:t>
      </w:r>
    </w:p>
    <w:p>
      <w:pPr>
        <w:keepLines/>
        <w:ind w:left="259" w:hanging="259"/>
      </w:pPr>
      <w:r>
        <w:rPr>
          <w:rFonts w:ascii="Aptos" w:hAnsi="Aptos" w:eastAsia="Aptos"/>
          <w:b/>
          <w:i w:val="0"/>
          <w:color w:val="B58A2A"/>
          <w:sz w:val="23"/>
        </w:rPr>
        <w:t xml:space="preserve">86. </w:t>
      </w:r>
      <w:r>
        <w:rPr>
          <w:rFonts w:ascii="Aptos" w:hAnsi="Aptos" w:eastAsia="Aptos"/>
          <w:b w:val="0"/>
          <w:i w:val="0"/>
          <w:color w:val="25352E"/>
          <w:sz w:val="23"/>
        </w:rPr>
        <w:t>Đại nguyện không khép lại sau một thành tựu; nó hỏi thành tựu ấy đang mở đường cho điều lành nào nữa.</w:t>
      </w:r>
    </w:p>
    <w:p>
      <w:pPr>
        <w:keepLines/>
        <w:ind w:left="259" w:hanging="259"/>
      </w:pPr>
      <w:r>
        <w:rPr>
          <w:rFonts w:ascii="Aptos" w:hAnsi="Aptos" w:eastAsia="Aptos"/>
          <w:b/>
          <w:i w:val="0"/>
          <w:color w:val="B58A2A"/>
          <w:sz w:val="23"/>
        </w:rPr>
        <w:t xml:space="preserve">87. </w:t>
      </w:r>
      <w:r>
        <w:rPr>
          <w:rFonts w:ascii="Aptos" w:hAnsi="Aptos" w:eastAsia="Aptos"/>
          <w:b w:val="0"/>
          <w:i w:val="0"/>
          <w:color w:val="25352E"/>
          <w:sz w:val="23"/>
        </w:rPr>
        <w:t>Chớ nghiện cảm giác khởi đầu; công đức thường nằm trong phần lặng lẽ duy trì sau khi sự mới mẻ đã hết.</w:t>
      </w:r>
    </w:p>
    <w:p>
      <w:pPr>
        <w:keepLines/>
        <w:ind w:left="259" w:hanging="259"/>
      </w:pPr>
      <w:r>
        <w:rPr>
          <w:rFonts w:ascii="Aptos" w:hAnsi="Aptos" w:eastAsia="Aptos"/>
          <w:b/>
          <w:i w:val="0"/>
          <w:color w:val="B58A2A"/>
          <w:sz w:val="23"/>
        </w:rPr>
        <w:t xml:space="preserve">88. </w:t>
      </w:r>
      <w:r>
        <w:rPr>
          <w:rFonts w:ascii="Aptos" w:hAnsi="Aptos" w:eastAsia="Aptos"/>
          <w:b w:val="0"/>
          <w:i w:val="0"/>
          <w:color w:val="25352E"/>
          <w:sz w:val="23"/>
        </w:rPr>
        <w:t>Cứ chứa thiện từng ngày, đến lúc nhìn lại ta sẽ thấy con đường được xây bởi những bước từng tưởng là quá nhỏ.</w:t>
      </w:r>
    </w:p>
    <w:p>
      <w:bookmarkStart w:id="9" w:name="CHAPTER_8"/>
      <w:pPr>
        <w:pStyle w:val="Heading1"/>
        <w:pageBreakBefore/>
        <w:jc w:val="center"/>
      </w:pPr>
      <w:bookmarkEnd w:id="9"/>
      <w:r>
        <w:rPr>
          <w:rFonts w:ascii="Aptos Display" w:hAnsi="Aptos Display" w:eastAsia="Aptos Display"/>
          <w:b/>
          <w:i w:val="0"/>
          <w:color w:val="2F6B4F"/>
          <w:sz w:val="38"/>
        </w:rPr>
        <w:t>Chương 8</w:t>
        <w:br/>
      </w:r>
      <w:r>
        <w:rPr>
          <w:rFonts w:ascii="Aptos Display" w:hAnsi="Aptos Display" w:eastAsia="Aptos Display"/>
          <w:b/>
          <w:i w:val="0"/>
          <w:color w:val="2F6B4F"/>
          <w:sz w:val="38"/>
        </w:rPr>
        <w:t>Để hương đức hạnh còn ở lại</w:t>
      </w:r>
    </w:p>
    <w:p>
      <w:pPr>
        <w:jc w:val="center"/>
      </w:pPr>
      <w:r>
        <w:rPr>
          <w:rFonts w:ascii="Aptos Display" w:hAnsi="Aptos Display" w:eastAsia="Aptos Display"/>
          <w:b/>
          <w:i w:val="0"/>
          <w:color w:val="C95B7C"/>
          <w:sz w:val="20"/>
        </w:rPr>
        <w:t>LỜI KINH SOI SÁNG</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w:hAnsi="Aptos" w:eastAsia="Aptos"/>
                <w:b/>
                <w:i w:val="0"/>
                <w:color w:val="2F6B4F"/>
                <w:sz w:val="23"/>
              </w:rPr>
              <w:t>Hương các loại hoa thơm,</w:t>
              <w:br/>
            </w:r>
            <w:r>
              <w:rPr>
                <w:rFonts w:ascii="Aptos" w:hAnsi="Aptos" w:eastAsia="Aptos"/>
                <w:b/>
                <w:i w:val="0"/>
                <w:color w:val="2F6B4F"/>
                <w:sz w:val="23"/>
              </w:rPr>
              <w:t>Không ngược bay chiều gió.</w:t>
              <w:br/>
            </w:r>
            <w:r>
              <w:rPr>
                <w:rFonts w:ascii="Aptos" w:hAnsi="Aptos" w:eastAsia="Aptos"/>
                <w:b/>
                <w:i w:val="0"/>
                <w:color w:val="2F6B4F"/>
                <w:sz w:val="23"/>
              </w:rPr>
              <w:t>Nhưng hương người đức hạnh,</w:t>
              <w:br/>
            </w:r>
            <w:r>
              <w:rPr>
                <w:rFonts w:ascii="Aptos" w:hAnsi="Aptos" w:eastAsia="Aptos"/>
                <w:b/>
                <w:i w:val="0"/>
                <w:color w:val="2F6B4F"/>
                <w:sz w:val="23"/>
              </w:rPr>
              <w:t>Ngược gió khắp tung bay.</w:t>
            </w:r>
          </w:p>
          <w:p>
            <w:pPr>
              <w:jc w:val="center"/>
            </w:pPr>
            <w:r>
              <w:rPr>
                <w:rFonts w:ascii="Aptos" w:hAnsi="Aptos" w:eastAsia="Aptos"/>
                <w:b w:val="0"/>
                <w:i/>
                <w:color w:val="66736C"/>
                <w:sz w:val="19"/>
              </w:rPr>
              <w:t>Nguồn: Kinh Pháp Cú, kệ 54, Phẩm Hoa - bản dịch Hòa thượng Thích Minh Châu.</w:t>
            </w:r>
          </w:p>
        </w:tc>
      </w:tr>
    </w:tbl>
    <w:p/>
    <w:p>
      <w:pPr>
        <w:keepLines/>
        <w:ind w:left="259" w:hanging="259"/>
      </w:pPr>
      <w:r>
        <w:rPr>
          <w:rFonts w:ascii="Aptos" w:hAnsi="Aptos" w:eastAsia="Aptos"/>
          <w:b/>
          <w:i w:val="0"/>
          <w:color w:val="B58A2A"/>
          <w:sz w:val="23"/>
        </w:rPr>
        <w:t xml:space="preserve">89. </w:t>
      </w:r>
      <w:r>
        <w:rPr>
          <w:rFonts w:ascii="Aptos" w:hAnsi="Aptos" w:eastAsia="Aptos"/>
          <w:b w:val="0"/>
          <w:i w:val="0"/>
          <w:color w:val="25352E"/>
          <w:sz w:val="23"/>
        </w:rPr>
        <w:t>Điều còn ở lại lâu nhất không phải tên tuổi, mà là hương đức hạnh trong những người từng được mình nâng đỡ.</w:t>
      </w:r>
    </w:p>
    <w:p>
      <w:pPr>
        <w:keepLines/>
        <w:ind w:left="259" w:hanging="259"/>
      </w:pPr>
      <w:r>
        <w:rPr>
          <w:rFonts w:ascii="Aptos" w:hAnsi="Aptos" w:eastAsia="Aptos"/>
          <w:b/>
          <w:i w:val="0"/>
          <w:color w:val="B58A2A"/>
          <w:sz w:val="23"/>
        </w:rPr>
        <w:t xml:space="preserve">90. </w:t>
      </w:r>
      <w:r>
        <w:rPr>
          <w:rFonts w:ascii="Aptos" w:hAnsi="Aptos" w:eastAsia="Aptos"/>
          <w:b w:val="0"/>
          <w:i w:val="0"/>
          <w:color w:val="25352E"/>
          <w:sz w:val="23"/>
        </w:rPr>
        <w:t>Danh tiếng đi theo chiều gió dư luận; phẩm hạnh có thể đi ngược gió vì nó được chứng bằng cách sống.</w:t>
      </w:r>
    </w:p>
    <w:p>
      <w:pPr>
        <w:keepLines/>
        <w:ind w:left="259" w:hanging="259"/>
      </w:pPr>
      <w:r>
        <w:rPr>
          <w:rFonts w:ascii="Aptos" w:hAnsi="Aptos" w:eastAsia="Aptos"/>
          <w:b/>
          <w:i w:val="0"/>
          <w:color w:val="B58A2A"/>
          <w:sz w:val="23"/>
        </w:rPr>
        <w:t xml:space="preserve">91. </w:t>
      </w:r>
      <w:r>
        <w:rPr>
          <w:rFonts w:ascii="Aptos" w:hAnsi="Aptos" w:eastAsia="Aptos"/>
          <w:b w:val="0"/>
          <w:i w:val="0"/>
          <w:color w:val="25352E"/>
          <w:sz w:val="23"/>
        </w:rPr>
        <w:t>Đừng cố làm cho đời nhớ mình; hãy làm điều đáng nhớ rồi để nhân duyên tự mang nó đi.</w:t>
      </w:r>
    </w:p>
    <w:p>
      <w:pPr>
        <w:keepLines/>
        <w:ind w:left="259" w:hanging="259"/>
      </w:pPr>
      <w:r>
        <w:rPr>
          <w:rFonts w:ascii="Aptos" w:hAnsi="Aptos" w:eastAsia="Aptos"/>
          <w:b/>
          <w:i w:val="0"/>
          <w:color w:val="B58A2A"/>
          <w:sz w:val="23"/>
        </w:rPr>
        <w:t xml:space="preserve">92. </w:t>
      </w:r>
      <w:r>
        <w:rPr>
          <w:rFonts w:ascii="Aptos" w:hAnsi="Aptos" w:eastAsia="Aptos"/>
          <w:b w:val="0"/>
          <w:i w:val="0"/>
          <w:color w:val="25352E"/>
          <w:sz w:val="23"/>
        </w:rPr>
        <w:t>Một người đã khuất vẫn có thể tiếp tục nói bằng những việc lành họ để lại trong nếp sống của người sau.</w:t>
      </w:r>
    </w:p>
    <w:p>
      <w:pPr>
        <w:keepLines/>
        <w:ind w:left="259" w:hanging="259"/>
      </w:pPr>
      <w:r>
        <w:rPr>
          <w:rFonts w:ascii="Aptos" w:hAnsi="Aptos" w:eastAsia="Aptos"/>
          <w:b/>
          <w:i w:val="0"/>
          <w:color w:val="B58A2A"/>
          <w:sz w:val="23"/>
        </w:rPr>
        <w:t xml:space="preserve">93. </w:t>
      </w:r>
      <w:r>
        <w:rPr>
          <w:rFonts w:ascii="Aptos" w:hAnsi="Aptos" w:eastAsia="Aptos"/>
          <w:b w:val="0"/>
          <w:i w:val="0"/>
          <w:color w:val="25352E"/>
          <w:sz w:val="23"/>
        </w:rPr>
        <w:t>Sách, chùa và lời giảng chỉ là phương tiện; di sản thật là lòng người có bớt khổ và biết sống thiện hơn không.</w:t>
      </w:r>
    </w:p>
    <w:p>
      <w:pPr>
        <w:keepLines/>
        <w:ind w:left="259" w:hanging="259"/>
      </w:pPr>
      <w:r>
        <w:rPr>
          <w:rFonts w:ascii="Aptos" w:hAnsi="Aptos" w:eastAsia="Aptos"/>
          <w:b/>
          <w:i w:val="0"/>
          <w:color w:val="B58A2A"/>
          <w:sz w:val="23"/>
        </w:rPr>
        <w:t xml:space="preserve">94. </w:t>
      </w:r>
      <w:r>
        <w:rPr>
          <w:rFonts w:ascii="Aptos" w:hAnsi="Aptos" w:eastAsia="Aptos"/>
          <w:b w:val="0"/>
          <w:i w:val="0"/>
          <w:color w:val="25352E"/>
          <w:sz w:val="23"/>
        </w:rPr>
        <w:t>Hương đức hạnh không cần quảng cáo; càng cố tô đậm mình, mùi thơm của việc lành càng dễ bị lẫn.</w:t>
      </w:r>
    </w:p>
    <w:p>
      <w:pPr>
        <w:keepLines/>
        <w:ind w:left="259" w:hanging="259"/>
      </w:pPr>
      <w:r>
        <w:rPr>
          <w:rFonts w:ascii="Aptos" w:hAnsi="Aptos" w:eastAsia="Aptos"/>
          <w:b/>
          <w:i w:val="0"/>
          <w:color w:val="B58A2A"/>
          <w:sz w:val="23"/>
        </w:rPr>
        <w:t xml:space="preserve">95. </w:t>
      </w:r>
      <w:r>
        <w:rPr>
          <w:rFonts w:ascii="Aptos" w:hAnsi="Aptos" w:eastAsia="Aptos"/>
          <w:b w:val="0"/>
          <w:i w:val="0"/>
          <w:color w:val="25352E"/>
          <w:sz w:val="23"/>
        </w:rPr>
        <w:t>Đại nguyện viên mãn không phải khi mọi việc đều xong, mà khi điều lành đã có người tiếp bước.</w:t>
      </w:r>
    </w:p>
    <w:p>
      <w:pPr>
        <w:keepLines/>
        <w:ind w:left="259" w:hanging="259"/>
      </w:pPr>
      <w:r>
        <w:rPr>
          <w:rFonts w:ascii="Aptos" w:hAnsi="Aptos" w:eastAsia="Aptos"/>
          <w:b/>
          <w:i w:val="0"/>
          <w:color w:val="B58A2A"/>
          <w:sz w:val="23"/>
        </w:rPr>
        <w:t xml:space="preserve">96. </w:t>
      </w:r>
      <w:r>
        <w:rPr>
          <w:rFonts w:ascii="Aptos" w:hAnsi="Aptos" w:eastAsia="Aptos"/>
          <w:b w:val="0"/>
          <w:i w:val="0"/>
          <w:color w:val="25352E"/>
          <w:sz w:val="23"/>
        </w:rPr>
        <w:t>Hãy xây thứ có thể sống sau mình: một phương pháp đúng, một nguồn kinh rõ, một người học biết tự soi đường.</w:t>
      </w:r>
    </w:p>
    <w:p>
      <w:pPr>
        <w:keepLines/>
        <w:ind w:left="259" w:hanging="259"/>
      </w:pPr>
      <w:r>
        <w:rPr>
          <w:rFonts w:ascii="Aptos" w:hAnsi="Aptos" w:eastAsia="Aptos"/>
          <w:b/>
          <w:i w:val="0"/>
          <w:color w:val="B58A2A"/>
          <w:sz w:val="23"/>
        </w:rPr>
        <w:t xml:space="preserve">97. </w:t>
      </w:r>
      <w:r>
        <w:rPr>
          <w:rFonts w:ascii="Aptos" w:hAnsi="Aptos" w:eastAsia="Aptos"/>
          <w:b w:val="0"/>
          <w:i w:val="0"/>
          <w:color w:val="25352E"/>
          <w:sz w:val="23"/>
        </w:rPr>
        <w:t>Có thể đời không trả lại công bằng cho mọi công lao, nhưng nhân quả không bỏ sót phẩm chất đã được gieo.</w:t>
      </w:r>
    </w:p>
    <w:p>
      <w:pPr>
        <w:keepLines/>
        <w:ind w:left="259" w:hanging="259"/>
      </w:pPr>
      <w:r>
        <w:rPr>
          <w:rFonts w:ascii="Aptos" w:hAnsi="Aptos" w:eastAsia="Aptos"/>
          <w:b/>
          <w:i w:val="0"/>
          <w:color w:val="B58A2A"/>
          <w:sz w:val="23"/>
        </w:rPr>
        <w:t xml:space="preserve">98. </w:t>
      </w:r>
      <w:r>
        <w:rPr>
          <w:rFonts w:ascii="Aptos" w:hAnsi="Aptos" w:eastAsia="Aptos"/>
          <w:b w:val="0"/>
          <w:i w:val="0"/>
          <w:color w:val="25352E"/>
          <w:sz w:val="23"/>
        </w:rPr>
        <w:t>Khi không còn đủ sức đi xa, hãy trao bản đồ; khi không còn thể nói nhiều, hãy để lại một câu thật sáng.</w:t>
      </w:r>
    </w:p>
    <w:p>
      <w:pPr>
        <w:keepLines/>
        <w:ind w:left="259" w:hanging="259"/>
      </w:pPr>
      <w:r>
        <w:rPr>
          <w:rFonts w:ascii="Aptos" w:hAnsi="Aptos" w:eastAsia="Aptos"/>
          <w:b/>
          <w:i w:val="0"/>
          <w:color w:val="B58A2A"/>
          <w:sz w:val="23"/>
        </w:rPr>
        <w:t xml:space="preserve">99. </w:t>
      </w:r>
      <w:r>
        <w:rPr>
          <w:rFonts w:ascii="Aptos" w:hAnsi="Aptos" w:eastAsia="Aptos"/>
          <w:b w:val="0"/>
          <w:i w:val="0"/>
          <w:color w:val="25352E"/>
          <w:sz w:val="23"/>
        </w:rPr>
        <w:t>Trở về với đại nguyện là nhớ rằng mình đến đây không để được giữ lại, mà để trao điều lành có thể ở lại.</w:t>
      </w:r>
    </w:p>
    <w:p>
      <w:pPr>
        <w:keepLines/>
        <w:ind w:left="259" w:hanging="259"/>
      </w:pPr>
      <w:r>
        <w:rPr>
          <w:rFonts w:ascii="Aptos" w:hAnsi="Aptos" w:eastAsia="Aptos"/>
          <w:b/>
          <w:i w:val="0"/>
          <w:color w:val="B58A2A"/>
          <w:sz w:val="23"/>
        </w:rPr>
        <w:t xml:space="preserve">100. </w:t>
      </w:r>
      <w:r>
        <w:rPr>
          <w:rFonts w:ascii="Aptos" w:hAnsi="Aptos" w:eastAsia="Aptos"/>
          <w:b w:val="0"/>
          <w:i w:val="0"/>
          <w:color w:val="25352E"/>
          <w:sz w:val="23"/>
        </w:rPr>
        <w:t>Khép một nghìn câu không phải khép con đường; đó là gom một nghìn hạt sáng, gửi vào đời rồi tiếp tục bước.</w:t>
      </w:r>
    </w:p>
    <w:p>
      <w:r>
        <w:br w:type="page"/>
      </w:r>
    </w:p>
    <w:p>
      <w:bookmarkStart w:id="20" w:name="CLOSING"/>
      <w:pPr>
        <w:pStyle w:val="Heading1"/>
        <w:jc w:val="center"/>
      </w:pPr>
      <w:bookmarkEnd w:id="20"/>
      <w:r>
        <w:rPr>
          <w:rFonts w:ascii="Aptos Display" w:hAnsi="Aptos Display" w:eastAsia="Aptos Display"/>
          <w:b/>
          <w:i w:val="0"/>
          <w:color w:val="2F6B4F"/>
          <w:sz w:val="38"/>
        </w:rPr>
        <w:t>LỜI KẾT</w:t>
        <w:br/>
      </w:r>
      <w:r>
        <w:rPr>
          <w:rFonts w:ascii="Aptos Display" w:hAnsi="Aptos Display" w:eastAsia="Aptos Display"/>
          <w:b/>
          <w:i w:val="0"/>
          <w:color w:val="2F6B4F"/>
          <w:sz w:val="38"/>
        </w:rPr>
        <w:t>MỘT NGHÌN HẠT SÁNG</w:t>
      </w:r>
    </w:p>
    <w:p>
      <w:r>
        <w:rPr>
          <w:rFonts w:ascii="Aptos" w:hAnsi="Aptos" w:eastAsia="Aptos"/>
          <w:b w:val="0"/>
          <w:i w:val="0"/>
          <w:color w:val="25352E"/>
          <w:sz w:val="23"/>
        </w:rPr>
        <w:t>Đại nguyện có gốc nơi ba nghiệp thanh tịnh, lớn lên bằng thiện sự và pháp thí, đi qua nghịch duyên bằng trí tuệ, được giữ bền nhờ biết chăm thân tâm, rồi ở lại trong đời như hương của người đức hạnh.</w:t>
      </w:r>
    </w:p>
    <w:p>
      <w:r>
        <w:rPr>
          <w:rFonts w:ascii="Aptos" w:hAnsi="Aptos" w:eastAsia="Aptos"/>
          <w:b w:val="0"/>
          <w:i w:val="0"/>
          <w:color w:val="25352E"/>
          <w:sz w:val="23"/>
        </w:rPr>
        <w:t>Khởi tâm cho đúng. Giữ giới cho bền. Làm thiện không ngừng. Trao Pháp không cầu danh. Và khi đi xa đến đâu, vẫn nhớ quay về với đại nguyện ban đầu.</w:t>
      </w:r>
    </w:p>
    <w:tbl>
      <w:tblPr>
        <w:tblW w:type="auto" w:w="0"/>
        <w:tblLook w:firstColumn="1" w:firstRow="1" w:lastColumn="0" w:lastRow="0" w:noHBand="0" w:noVBand="1" w:val="04A0"/>
      </w:tblPr>
      <w:tblGrid>
        <w:gridCol w:w="9648"/>
      </w:tblGrid>
      <w:tr>
        <w:tc>
          <w:tcPr>
            <w:tcW w:type="dxa" w:w="9648"/>
            <w:shd w:fill="FFF9E9"/>
            <w:tcMar>
              <w:top w:w="220" w:type="dxa"/>
              <w:start w:w="260" w:type="dxa"/>
              <w:bottom w:w="220" w:type="dxa"/>
              <w:end w:w="260" w:type="dxa"/>
            </w:tcMar>
          </w:tcPr>
          <w:p>
            <w:pPr>
              <w:jc w:val="center"/>
            </w:pPr>
            <w:r>
              <w:rPr>
                <w:rFonts w:ascii="Aptos Display" w:hAnsi="Aptos Display" w:eastAsia="Aptos Display"/>
                <w:b/>
                <w:i w:val="0"/>
                <w:color w:val="2F6B4F"/>
                <w:sz w:val="26"/>
              </w:rPr>
              <w:t>Một nghìn câu là một nghìn hạt sáng.</w:t>
            </w:r>
          </w:p>
          <w:p>
            <w:pPr>
              <w:jc w:val="center"/>
            </w:pPr>
            <w:r>
              <w:rPr>
                <w:rFonts w:ascii="Aptos Display" w:hAnsi="Aptos Display" w:eastAsia="Aptos Display"/>
                <w:b/>
                <w:i w:val="0"/>
                <w:color w:val="2F6B4F"/>
                <w:sz w:val="26"/>
              </w:rPr>
              <w:t>Gom từ đời, soi bằng lời Phật.</w:t>
            </w:r>
          </w:p>
          <w:p>
            <w:pPr>
              <w:jc w:val="center"/>
            </w:pPr>
            <w:r>
              <w:rPr>
                <w:rFonts w:ascii="Aptos Display" w:hAnsi="Aptos Display" w:eastAsia="Aptos Display"/>
                <w:b/>
                <w:i w:val="0"/>
                <w:color w:val="2F6B4F"/>
                <w:sz w:val="26"/>
              </w:rPr>
              <w:t>Gửi vào lòng người rồi nhẹ bước.</w:t>
            </w:r>
          </w:p>
          <w:p>
            <w:pPr>
              <w:jc w:val="center"/>
            </w:pPr>
            <w:r>
              <w:rPr>
                <w:rFonts w:ascii="Aptos Display" w:hAnsi="Aptos Display" w:eastAsia="Aptos Display"/>
                <w:b/>
                <w:i w:val="0"/>
                <w:color w:val="C95B7C"/>
                <w:sz w:val="28"/>
              </w:rPr>
              <w:t>Và mãi trở về với đại nguyện ban đầu.</w:t>
            </w:r>
          </w:p>
        </w:tc>
      </w:tr>
    </w:tbl>
    <w:p>
      <w:pPr>
        <w:jc w:val="center"/>
      </w:pPr>
      <w:r>
        <w:rPr>
          <w:rFonts w:ascii="Aptos Display" w:hAnsi="Aptos Display" w:eastAsia="Aptos Display"/>
          <w:b/>
          <w:i w:val="0"/>
          <w:color w:val="B58A2A"/>
          <w:sz w:val="22"/>
        </w:rPr>
        <w:t>NAM MÔ BỔN SƯ THÍCH CA MÂU NI PHẬT</w:t>
      </w:r>
    </w:p>
    <w:sectPr w:rsidR="00FC693F" w:rsidRPr="0006063C" w:rsidSect="00034616">
      <w:headerReference w:type="default" r:id="rId9"/>
      <w:footerReference w:type="default" r:id="rId10"/>
      <w:pgSz w:w="12240" w:h="15840"/>
      <w:pgMar w:top="1224" w:right="1296" w:bottom="1080" w:left="1296"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eastAsia="Aptos"/>
        <w:b w:val="0"/>
        <w:i w:val="0"/>
        <w:color w:val="66736C"/>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eastAsia="Aptos"/>
        <w:b/>
        <w:i w:val="0"/>
        <w:color w:val="66736C"/>
        <w:sz w:val="17"/>
      </w:rPr>
      <w:t>TRỞ VỀ VỚI ĐẠI NGUYỆN  •  THÍCH NỮ DIỆU 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300" w:lineRule="auto"/>
      <w:jc w:val="both"/>
    </w:pPr>
    <w:rPr>
      <w:rFonts w:ascii="Aptos" w:hAnsi="Aptos"/>
      <w:color w:val="25352E"/>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Aptos Display" w:hAnsi="Aptos Display"/>
      <w:b/>
      <w:bCs/>
      <w:color w:val="2F6B4F"/>
      <w:sz w:val="38"/>
      <w:szCs w:val="28"/>
    </w:rPr>
  </w:style>
  <w:style w:type="paragraph" w:styleId="Heading2">
    <w:name w:val="heading 2"/>
    <w:basedOn w:val="Normal"/>
    <w:next w:val="Normal"/>
    <w:link w:val="Heading2Char"/>
    <w:uiPriority w:val="9"/>
    <w:unhideWhenUsed/>
    <w:qFormat/>
    <w:rsid w:val="00FC693F"/>
    <w:pPr>
      <w:keepNext/>
      <w:keepLines/>
      <w:spacing w:before="200" w:after="180"/>
      <w:outlineLvl w:val="1"/>
    </w:pPr>
    <w:rPr>
      <w:rFonts w:asciiTheme="majorHAnsi" w:eastAsiaTheme="majorEastAsia" w:hAnsiTheme="majorHAnsi" w:cstheme="majorBidi" w:ascii="Aptos Display" w:hAnsi="Aptos Display"/>
      <w:b/>
      <w:bCs/>
      <w:color w:val="B58A2A"/>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Trở về với đại nguyện - 100 câu tâm đắc - Tập X</dc:title>
  <dc:subject>Phát tâm, phụng sự và bền chí</dc:subject>
  <dc:creator>Thích Nữ Diệu An</dc:creator>
  <cp:keywords/>
  <dc:description>generated by python-docx</dc:description>
  <cp:lastModifiedBy/>
  <cp:revision>1</cp:revision>
  <dcterms:created xsi:type="dcterms:W3CDTF">2013-12-23T23:15:00Z</dcterms:created>
  <dcterms:modified xsi:type="dcterms:W3CDTF">2013-12-23T23:15:00Z</dcterms:modified>
  <cp:category/>
</cp:coreProperties>
</file>