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Aptos Display" w:hAnsi="Aptos Display" w:eastAsia="Aptos Display"/>
          <w:b/>
          <w:i w:val="0"/>
          <w:color w:val="2F6B4F"/>
          <w:sz w:val="56"/>
        </w:rPr>
        <w:t>MỘT MÌNH MÀ</w:t>
        <w:br/>
      </w:r>
      <w:r>
        <w:rPr>
          <w:rFonts w:ascii="Aptos Display" w:hAnsi="Aptos Display" w:eastAsia="Aptos Display"/>
          <w:b/>
          <w:i w:val="0"/>
          <w:color w:val="2F6B4F"/>
          <w:sz w:val="56"/>
        </w:rPr>
        <w:t>KHÔNG LẺ LOI</w:t>
      </w:r>
    </w:p>
    <w:p>
      <w:pPr>
        <w:jc w:val="center"/>
      </w:pPr>
      <w:r>
        <w:rPr>
          <w:rFonts w:ascii="Aptos Display" w:hAnsi="Aptos Display" w:eastAsia="Aptos Display"/>
          <w:b/>
          <w:i w:val="0"/>
          <w:color w:val="B58A2A"/>
          <w:sz w:val="30"/>
        </w:rPr>
        <w:t>100 CÂU TÂM ĐẮC VỀ CÔ ĐƠN,</w:t>
        <w:br/>
      </w:r>
      <w:r>
        <w:rPr>
          <w:rFonts w:ascii="Aptos Display" w:hAnsi="Aptos Display" w:eastAsia="Aptos Display"/>
          <w:b/>
          <w:i w:val="0"/>
          <w:color w:val="B58A2A"/>
          <w:sz w:val="30"/>
        </w:rPr>
        <w:t>BẠN LÀNH VÀ ĐẠI NGUYỆN</w:t>
      </w:r>
    </w:p>
    <w:p>
      <w:pPr>
        <w:spacing w:before="480"/>
        <w:jc w:val="center"/>
      </w:pPr>
      <w:r>
        <w:rPr>
          <w:rFonts w:ascii="Aptos Display" w:hAnsi="Aptos Display" w:eastAsia="Aptos Display"/>
          <w:b/>
          <w:i w:val="0"/>
          <w:color w:val="C95B7C"/>
          <w:sz w:val="28"/>
        </w:rPr>
        <w:t>Thích Nữ Diệu An</w:t>
      </w:r>
    </w:p>
    <w:p>
      <w:pPr>
        <w:jc w:val="center"/>
      </w:pPr>
      <w:r>
        <w:rPr>
          <w:rFonts w:ascii="Aptos" w:hAnsi="Aptos" w:eastAsia="Aptos"/>
          <w:b w:val="0"/>
          <w:i/>
          <w:color w:val="66736C"/>
          <w:sz w:val="21"/>
        </w:rPr>
        <w:t>Biên soạn và chia sẻ</w:t>
      </w:r>
    </w:p>
    <w:p/>
    <w:p/>
    <w:p/>
    <w:p/>
    <w:p/>
    <w:p/>
    <w:p>
      <w:pPr>
        <w:jc w:val="center"/>
      </w:pPr>
      <w:r>
        <w:rPr>
          <w:rFonts w:ascii="Aptos Display" w:hAnsi="Aptos Display" w:eastAsia="Aptos Display"/>
          <w:b/>
          <w:i w:val="0"/>
          <w:color w:val="2F6B4F"/>
          <w:sz w:val="22"/>
        </w:rPr>
        <w:t>TẬP V</w:t>
      </w:r>
    </w:p>
    <w:p>
      <w:r>
        <w:br w:type="page"/>
      </w:r>
    </w:p>
    <w:p>
      <w:pPr>
        <w:pStyle w:val="Heading1"/>
        <w:jc w:val="center"/>
      </w:pPr>
      <w:r>
        <w:t>LƯU Ý VỀ NGUỒN TRÍCH DẪN</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r/>
            <w:r>
              <w:rPr>
                <w:rFonts w:ascii="Aptos" w:hAnsi="Aptos" w:eastAsia="Aptos"/>
                <w:b w:val="0"/>
                <w:i w:val="0"/>
                <w:color w:val="25352E"/>
                <w:sz w:val="22"/>
              </w:rPr>
              <w:t>Các đoạn đặt dưới nhan đề “Lời kinh soi sáng” là lời kinh được trích dẫn và ghi nguồn ngay tại chỗ. Các câu tâm đắc và phần chiêm nghiệm trong sách là lời biên soạn, không phải nguyên văn lời Phật.</w:t>
            </w:r>
          </w:p>
        </w:tc>
      </w:tr>
    </w:tbl>
    <w:p>
      <w:pPr>
        <w:pStyle w:val="Heading1"/>
        <w:jc w:val="center"/>
      </w:pPr>
      <w:r>
        <w:t>LỜI NGỎ</w:t>
      </w:r>
    </w:p>
    <w:p>
      <w:r>
        <w:rPr>
          <w:rFonts w:ascii="Aptos" w:hAnsi="Aptos" w:eastAsia="Aptos"/>
          <w:b w:val="0"/>
          <w:i w:val="0"/>
          <w:color w:val="25352E"/>
          <w:sz w:val="23"/>
        </w:rPr>
        <w:t>Có những ngày ta ở rất xa quê nhà, quanh mình vẫn có người mà lòng lại thiếu một tiếng nói thật sự đồng điệu. Sự trống vắng ấy không nhất thiết là dấu hiệu ta thiếu tình thương; đôi khi nó là lời mời trở về với chính mình.</w:t>
      </w:r>
    </w:p>
    <w:p>
      <w:r>
        <w:rPr>
          <w:rFonts w:ascii="Aptos" w:hAnsi="Aptos" w:eastAsia="Aptos"/>
          <w:b w:val="0"/>
          <w:i w:val="0"/>
          <w:color w:val="25352E"/>
          <w:sz w:val="23"/>
        </w:rPr>
        <w:t>Tập V đi từ nỗi nhớ quê và cảm giác lẻ loi đến nghệ thuật độc cư, chọn bạn lành, dùng lời nói nuôi tâm, chấp nhận khi không được thấu hiểu, biết nghỉ ngơi, giữ nguồn yêu thương và trở về với đại nguyện.</w:t>
      </w:r>
    </w:p>
    <w:p>
      <w:r>
        <w:rPr>
          <w:rFonts w:ascii="Aptos" w:hAnsi="Aptos" w:eastAsia="Aptos"/>
          <w:b w:val="0"/>
          <w:i w:val="0"/>
          <w:color w:val="25352E"/>
          <w:sz w:val="23"/>
        </w:rPr>
        <w:t>Mong mỗi câu trong sách là một người bạn nhỏ: không chiếm chỗ của bất kỳ ai, nhưng có thể ngồi bên người đọc trong một buổi vắng, giúp tâm nhẹ hơn, sáng hơn và nhớ rằng mình vẫn còn một con đường để đi.</w:t>
      </w:r>
    </w:p>
    <w:p>
      <w:r>
        <w:br w:type="page"/>
      </w:r>
    </w:p>
    <w:p>
      <w:bookmarkStart w:id="1" w:name="TOC"/>
      <w:pPr>
        <w:pStyle w:val="Heading1"/>
        <w:jc w:val="center"/>
      </w:pPr>
      <w:r>
        <w:t>MỤC LỤC</w:t>
      </w:r>
      <w:bookmarkEnd w:id="1"/>
    </w:p>
    <w:p>
      <w:pPr>
        <w:ind w:left="360"/>
      </w:pPr>
      <w:hyperlink w:anchor="CHAPTER_1" w:history="1">
        <w:r>
          <w:rPr>
            <w:color w:val="2F6B4F"/>
            <w:u w:val="single"/>
            <w:b/>
            <w:sz w:val="23"/>
          </w:rPr>
          <w:t>Chương 1. Xa quê, trở về với chính mình</w:t>
        </w:r>
      </w:hyperlink>
    </w:p>
    <w:p>
      <w:pPr>
        <w:ind w:left="360"/>
      </w:pPr>
      <w:hyperlink w:anchor="CHAPTER_2" w:history="1">
        <w:r>
          <w:rPr>
            <w:color w:val="2F6B4F"/>
            <w:u w:val="single"/>
            <w:b/>
            <w:sz w:val="23"/>
          </w:rPr>
          <w:t>Chương 2. Một mình không đồng nghĩa cô độc</w:t>
        </w:r>
      </w:hyperlink>
    </w:p>
    <w:p>
      <w:pPr>
        <w:ind w:left="360"/>
      </w:pPr>
      <w:hyperlink w:anchor="CHAPTER_3" w:history="1">
        <w:r>
          <w:rPr>
            <w:color w:val="2F6B4F"/>
            <w:u w:val="single"/>
            <w:b/>
            <w:sz w:val="23"/>
          </w:rPr>
          <w:t>Chương 3. Đồng thanh tương ứng</w:t>
        </w:r>
      </w:hyperlink>
    </w:p>
    <w:p>
      <w:pPr>
        <w:ind w:left="360"/>
      </w:pPr>
      <w:hyperlink w:anchor="CHAPTER_4" w:history="1">
        <w:r>
          <w:rPr>
            <w:color w:val="2F6B4F"/>
            <w:u w:val="single"/>
            <w:b/>
            <w:sz w:val="23"/>
          </w:rPr>
          <w:t>Chương 4. Một lời nói làm tâm sáng</w:t>
        </w:r>
      </w:hyperlink>
    </w:p>
    <w:p>
      <w:pPr>
        <w:ind w:left="360"/>
      </w:pPr>
      <w:hyperlink w:anchor="CHAPTER_5" w:history="1">
        <w:r>
          <w:rPr>
            <w:color w:val="2F6B4F"/>
            <w:u w:val="single"/>
            <w:b/>
            <w:sz w:val="23"/>
          </w:rPr>
          <w:t>Chương 5. Khi không được thấu hiểu</w:t>
        </w:r>
      </w:hyperlink>
    </w:p>
    <w:p>
      <w:pPr>
        <w:ind w:left="360"/>
      </w:pPr>
      <w:hyperlink w:anchor="CHAPTER_6" w:history="1">
        <w:r>
          <w:rPr>
            <w:color w:val="2F6B4F"/>
            <w:u w:val="single"/>
            <w:b/>
            <w:sz w:val="23"/>
          </w:rPr>
          <w:t>Chương 6. Nghỉ ngơi để đi đường dài</w:t>
        </w:r>
      </w:hyperlink>
    </w:p>
    <w:p>
      <w:pPr>
        <w:ind w:left="360"/>
      </w:pPr>
      <w:hyperlink w:anchor="CHAPTER_7" w:history="1">
        <w:r>
          <w:rPr>
            <w:color w:val="2F6B4F"/>
            <w:u w:val="single"/>
            <w:b/>
            <w:sz w:val="23"/>
          </w:rPr>
          <w:t>Chương 7. Giữ nguồn năng lượng yêu thương</w:t>
        </w:r>
      </w:hyperlink>
    </w:p>
    <w:p>
      <w:pPr>
        <w:ind w:left="360"/>
      </w:pPr>
      <w:hyperlink w:anchor="CHAPTER_8" w:history="1">
        <w:r>
          <w:rPr>
            <w:color w:val="2F6B4F"/>
            <w:u w:val="single"/>
            <w:b/>
            <w:sz w:val="23"/>
          </w:rPr>
          <w:t>Chương 8. Trở về với đại nguyện</w:t>
        </w:r>
      </w:hyperlink>
    </w:p>
    <w:p>
      <w:pPr>
        <w:ind w:left="360"/>
      </w:pPr>
      <w:hyperlink w:anchor="CLOSING" w:history="1">
        <w:r>
          <w:rPr>
            <w:color w:val="2F6B4F"/>
            <w:u w:val="single"/>
            <w:b/>
            <w:sz w:val="23"/>
          </w:rPr>
          <w:t>Lời kết: Có Pháp làm bạn, đường xa hóa gần</w:t>
        </w:r>
      </w:hyperlink>
    </w:p>
    <w:p>
      <w:r>
        <w:br w:type="page"/>
      </w:r>
    </w:p>
    <w:p>
      <w:bookmarkStart w:id="2" w:name="CHAPTER_1"/>
      <w:pPr>
        <w:pStyle w:val="Heading1"/>
        <w:pageBreakBefore w:val="0"/>
        <w:jc w:val="center"/>
      </w:pPr>
      <w:bookmarkEnd w:id="2"/>
      <w:r>
        <w:rPr>
          <w:rFonts w:ascii="Aptos Display" w:hAnsi="Aptos Display" w:eastAsia="Aptos Display"/>
          <w:b/>
          <w:i w:val="0"/>
          <w:color w:val="2F6B4F"/>
          <w:sz w:val="38"/>
        </w:rPr>
        <w:t>Chương 1</w:t>
        <w:br/>
      </w:r>
      <w:r>
        <w:rPr>
          <w:rFonts w:ascii="Aptos Display" w:hAnsi="Aptos Display" w:eastAsia="Aptos Display"/>
          <w:b/>
          <w:i w:val="0"/>
          <w:color w:val="2F6B4F"/>
          <w:sz w:val="38"/>
        </w:rPr>
        <w:t>Xa quê, trở về với chính mình</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Tự mình y chỉ mình,</w:t>
              <w:br/>
            </w:r>
            <w:r>
              <w:rPr>
                <w:rFonts w:ascii="Aptos" w:hAnsi="Aptos" w:eastAsia="Aptos"/>
                <w:b/>
                <w:i w:val="0"/>
                <w:color w:val="2F6B4F"/>
                <w:sz w:val="23"/>
              </w:rPr>
              <w:t>Nào có y chỉ khác.</w:t>
              <w:br/>
            </w:r>
            <w:r>
              <w:rPr>
                <w:rFonts w:ascii="Aptos" w:hAnsi="Aptos" w:eastAsia="Aptos"/>
                <w:b/>
                <w:i w:val="0"/>
                <w:color w:val="2F6B4F"/>
                <w:sz w:val="23"/>
              </w:rPr>
              <w:t>Nhờ khéo điều phục mình,</w:t>
              <w:br/>
            </w:r>
            <w:r>
              <w:rPr>
                <w:rFonts w:ascii="Aptos" w:hAnsi="Aptos" w:eastAsia="Aptos"/>
                <w:b/>
                <w:i w:val="0"/>
                <w:color w:val="2F6B4F"/>
                <w:sz w:val="23"/>
              </w:rPr>
              <w:t>Được y chỉ khó được.</w:t>
            </w:r>
          </w:p>
          <w:p>
            <w:pPr>
              <w:jc w:val="center"/>
            </w:pPr>
            <w:r>
              <w:rPr>
                <w:rFonts w:ascii="Aptos" w:hAnsi="Aptos" w:eastAsia="Aptos"/>
                <w:b w:val="0"/>
                <w:i/>
                <w:color w:val="66736C"/>
                <w:sz w:val="19"/>
              </w:rPr>
              <w:t>Nguồn: Kinh Pháp Cú, kệ 160, Phẩm Tự Ngã - bản dịch Hòa thượng Thích Minh Châu.</w:t>
            </w:r>
          </w:p>
        </w:tc>
      </w:tr>
    </w:tbl>
    <w:p/>
    <w:p>
      <w:pPr>
        <w:keepLines/>
        <w:ind w:left="259" w:hanging="259"/>
      </w:pPr>
      <w:r>
        <w:rPr>
          <w:rFonts w:ascii="Aptos" w:hAnsi="Aptos" w:eastAsia="Aptos"/>
          <w:b/>
          <w:i w:val="0"/>
          <w:color w:val="B58A2A"/>
          <w:sz w:val="23"/>
        </w:rPr>
        <w:t xml:space="preserve">1. </w:t>
      </w:r>
      <w:r>
        <w:rPr>
          <w:rFonts w:ascii="Aptos" w:hAnsi="Aptos" w:eastAsia="Aptos"/>
          <w:b w:val="0"/>
          <w:i w:val="0"/>
          <w:color w:val="25352E"/>
          <w:sz w:val="23"/>
        </w:rPr>
        <w:t>Xa quê không chỉ là xa một mảnh đất; có khi là xa những nếp sống từng giúp ta nhận ra mình là ai.</w:t>
      </w:r>
    </w:p>
    <w:p>
      <w:pPr>
        <w:keepLines/>
        <w:ind w:left="259" w:hanging="259"/>
      </w:pPr>
      <w:r>
        <w:rPr>
          <w:rFonts w:ascii="Aptos" w:hAnsi="Aptos" w:eastAsia="Aptos"/>
          <w:b/>
          <w:i w:val="0"/>
          <w:color w:val="B58A2A"/>
          <w:sz w:val="23"/>
        </w:rPr>
        <w:t xml:space="preserve">2. </w:t>
      </w:r>
      <w:r>
        <w:rPr>
          <w:rFonts w:ascii="Aptos" w:hAnsi="Aptos" w:eastAsia="Aptos"/>
          <w:b w:val="0"/>
          <w:i w:val="0"/>
          <w:color w:val="25352E"/>
          <w:sz w:val="23"/>
        </w:rPr>
        <w:t>Nỗi nhớ quê thường thức dậy mạnh nhất khi thân đã mệt, căn phòng đã yên và chẳng còn việc gì che tiếng lòng.</w:t>
      </w:r>
    </w:p>
    <w:p>
      <w:pPr>
        <w:keepLines/>
        <w:ind w:left="259" w:hanging="259"/>
      </w:pPr>
      <w:r>
        <w:rPr>
          <w:rFonts w:ascii="Aptos" w:hAnsi="Aptos" w:eastAsia="Aptos"/>
          <w:b/>
          <w:i w:val="0"/>
          <w:color w:val="B58A2A"/>
          <w:sz w:val="23"/>
        </w:rPr>
        <w:t xml:space="preserve">3. </w:t>
      </w:r>
      <w:r>
        <w:rPr>
          <w:rFonts w:ascii="Aptos" w:hAnsi="Aptos" w:eastAsia="Aptos"/>
          <w:b w:val="0"/>
          <w:i w:val="0"/>
          <w:color w:val="25352E"/>
          <w:sz w:val="23"/>
        </w:rPr>
        <w:t>Có những chuyến đi làm ta gặp thêm thế giới; cũng có chuyến đi buộc ta gặp lại chính mình.</w:t>
      </w:r>
    </w:p>
    <w:p>
      <w:pPr>
        <w:keepLines/>
        <w:ind w:left="259" w:hanging="259"/>
      </w:pPr>
      <w:r>
        <w:rPr>
          <w:rFonts w:ascii="Aptos" w:hAnsi="Aptos" w:eastAsia="Aptos"/>
          <w:b/>
          <w:i w:val="0"/>
          <w:color w:val="B58A2A"/>
          <w:sz w:val="23"/>
        </w:rPr>
        <w:t xml:space="preserve">4. </w:t>
      </w:r>
      <w:r>
        <w:rPr>
          <w:rFonts w:ascii="Aptos" w:hAnsi="Aptos" w:eastAsia="Aptos"/>
          <w:b w:val="0"/>
          <w:i w:val="0"/>
          <w:color w:val="25352E"/>
          <w:sz w:val="23"/>
        </w:rPr>
        <w:t>Ở nơi lạ, một tiếng nói quen có thể thành mái hiên; một câu hiểu mình có thể ấm hơn cả căn phòng rộng.</w:t>
      </w:r>
    </w:p>
    <w:p>
      <w:pPr>
        <w:keepLines/>
        <w:ind w:left="259" w:hanging="259"/>
      </w:pPr>
      <w:r>
        <w:rPr>
          <w:rFonts w:ascii="Aptos" w:hAnsi="Aptos" w:eastAsia="Aptos"/>
          <w:b/>
          <w:i w:val="0"/>
          <w:color w:val="B58A2A"/>
          <w:sz w:val="23"/>
        </w:rPr>
        <w:t xml:space="preserve">5. </w:t>
      </w:r>
      <w:r>
        <w:rPr>
          <w:rFonts w:ascii="Aptos" w:hAnsi="Aptos" w:eastAsia="Aptos"/>
          <w:b w:val="0"/>
          <w:i w:val="0"/>
          <w:color w:val="25352E"/>
          <w:sz w:val="23"/>
        </w:rPr>
        <w:t>Nhớ chùa, nhớ quê, nhớ người không phải yếu đuối; đó là dấu hiệu trái tim vẫn còn biết nơi mình thuộc về.</w:t>
      </w:r>
    </w:p>
    <w:p>
      <w:pPr>
        <w:keepLines/>
        <w:ind w:left="259" w:hanging="259"/>
      </w:pPr>
      <w:r>
        <w:rPr>
          <w:rFonts w:ascii="Aptos" w:hAnsi="Aptos" w:eastAsia="Aptos"/>
          <w:b/>
          <w:i w:val="0"/>
          <w:color w:val="B58A2A"/>
          <w:sz w:val="23"/>
        </w:rPr>
        <w:t xml:space="preserve">6. </w:t>
      </w:r>
      <w:r>
        <w:rPr>
          <w:rFonts w:ascii="Aptos" w:hAnsi="Aptos" w:eastAsia="Aptos"/>
          <w:b w:val="0"/>
          <w:i w:val="0"/>
          <w:color w:val="25352E"/>
          <w:sz w:val="23"/>
        </w:rPr>
        <w:t>Đừng trách mình buồn vì xa cách; chỉ cần đừng để nỗi buồn cầm lái và đưa tâm đi khỏi chí nguyện.</w:t>
      </w:r>
    </w:p>
    <w:p>
      <w:pPr>
        <w:keepLines/>
        <w:ind w:left="259" w:hanging="259"/>
      </w:pPr>
      <w:r>
        <w:rPr>
          <w:rFonts w:ascii="Aptos" w:hAnsi="Aptos" w:eastAsia="Aptos"/>
          <w:b/>
          <w:i w:val="0"/>
          <w:color w:val="B58A2A"/>
          <w:sz w:val="23"/>
        </w:rPr>
        <w:t xml:space="preserve">7. </w:t>
      </w:r>
      <w:r>
        <w:rPr>
          <w:rFonts w:ascii="Aptos" w:hAnsi="Aptos" w:eastAsia="Aptos"/>
          <w:b w:val="0"/>
          <w:i w:val="0"/>
          <w:color w:val="25352E"/>
          <w:sz w:val="23"/>
        </w:rPr>
        <w:t>Quê hương bên ngoài có thể cách nửa vòng trái đất; quê hương trong tâm chỉ cách một hơi thở tỉnh thức.</w:t>
      </w:r>
    </w:p>
    <w:p>
      <w:pPr>
        <w:keepLines/>
        <w:ind w:left="259" w:hanging="259"/>
      </w:pPr>
      <w:r>
        <w:rPr>
          <w:rFonts w:ascii="Aptos" w:hAnsi="Aptos" w:eastAsia="Aptos"/>
          <w:b/>
          <w:i w:val="0"/>
          <w:color w:val="B58A2A"/>
          <w:sz w:val="23"/>
        </w:rPr>
        <w:t xml:space="preserve">8. </w:t>
      </w:r>
      <w:r>
        <w:rPr>
          <w:rFonts w:ascii="Aptos" w:hAnsi="Aptos" w:eastAsia="Aptos"/>
          <w:b w:val="0"/>
          <w:i w:val="0"/>
          <w:color w:val="25352E"/>
          <w:sz w:val="23"/>
        </w:rPr>
        <w:t>Khi chưa thể trở về nơi mình muốn, hãy trở về với thời khóa, lời nguyện và phẩm hạnh mình đã chọn.</w:t>
      </w:r>
    </w:p>
    <w:p>
      <w:pPr>
        <w:keepLines/>
        <w:ind w:left="259" w:hanging="259"/>
      </w:pPr>
      <w:r>
        <w:rPr>
          <w:rFonts w:ascii="Aptos" w:hAnsi="Aptos" w:eastAsia="Aptos"/>
          <w:b/>
          <w:i w:val="0"/>
          <w:color w:val="B58A2A"/>
          <w:sz w:val="23"/>
        </w:rPr>
        <w:t xml:space="preserve">9. </w:t>
      </w:r>
      <w:r>
        <w:rPr>
          <w:rFonts w:ascii="Aptos" w:hAnsi="Aptos" w:eastAsia="Aptos"/>
          <w:b w:val="0"/>
          <w:i w:val="0"/>
          <w:color w:val="25352E"/>
          <w:sz w:val="23"/>
        </w:rPr>
        <w:t>Một căn phòng chật không giam được người còn giữ một phương trời trong chí nguyện.</w:t>
      </w:r>
    </w:p>
    <w:p>
      <w:pPr>
        <w:keepLines/>
        <w:ind w:left="259" w:hanging="259"/>
      </w:pPr>
      <w:r>
        <w:rPr>
          <w:rFonts w:ascii="Aptos" w:hAnsi="Aptos" w:eastAsia="Aptos"/>
          <w:b/>
          <w:i w:val="0"/>
          <w:color w:val="B58A2A"/>
          <w:sz w:val="23"/>
        </w:rPr>
        <w:t xml:space="preserve">10. </w:t>
      </w:r>
      <w:r>
        <w:rPr>
          <w:rFonts w:ascii="Aptos" w:hAnsi="Aptos" w:eastAsia="Aptos"/>
          <w:b w:val="0"/>
          <w:i w:val="0"/>
          <w:color w:val="25352E"/>
          <w:sz w:val="23"/>
        </w:rPr>
        <w:t>Sống tạm một nơi không có nghĩa đời mình đang tạm bợ; từng ngày vẫn có thể gieo nhân cho con đường dài.</w:t>
      </w:r>
    </w:p>
    <w:p>
      <w:pPr>
        <w:keepLines/>
        <w:ind w:left="259" w:hanging="259"/>
      </w:pPr>
      <w:r>
        <w:rPr>
          <w:rFonts w:ascii="Aptos" w:hAnsi="Aptos" w:eastAsia="Aptos"/>
          <w:b/>
          <w:i w:val="0"/>
          <w:color w:val="B58A2A"/>
          <w:sz w:val="23"/>
        </w:rPr>
        <w:t xml:space="preserve">11. </w:t>
      </w:r>
      <w:r>
        <w:rPr>
          <w:rFonts w:ascii="Aptos" w:hAnsi="Aptos" w:eastAsia="Aptos"/>
          <w:b w:val="0"/>
          <w:i w:val="0"/>
          <w:color w:val="25352E"/>
          <w:sz w:val="23"/>
        </w:rPr>
        <w:t>Nỗi nhớ được soi bằng chánh niệm sẽ thành lòng biết ơn; nỗi nhớ bị nuôi bằng tiếc nuối dễ thành sợi dây kéo ngược.</w:t>
      </w:r>
    </w:p>
    <w:p>
      <w:pPr>
        <w:keepLines/>
        <w:ind w:left="259" w:hanging="259"/>
      </w:pPr>
      <w:r>
        <w:rPr>
          <w:rFonts w:ascii="Aptos" w:hAnsi="Aptos" w:eastAsia="Aptos"/>
          <w:b/>
          <w:i w:val="0"/>
          <w:color w:val="B58A2A"/>
          <w:sz w:val="23"/>
        </w:rPr>
        <w:t xml:space="preserve">12. </w:t>
      </w:r>
      <w:r>
        <w:rPr>
          <w:rFonts w:ascii="Aptos" w:hAnsi="Aptos" w:eastAsia="Aptos"/>
          <w:b w:val="0"/>
          <w:i w:val="0"/>
          <w:color w:val="25352E"/>
          <w:sz w:val="23"/>
        </w:rPr>
        <w:t>Ta có thể mong ngày trở về mà vẫn sống trọn ngày hôm nay; hai điều ấy không hề chống nhau.</w:t>
      </w:r>
    </w:p>
    <w:p>
      <w:pPr>
        <w:keepLines/>
        <w:ind w:left="259" w:hanging="259"/>
      </w:pPr>
      <w:r>
        <w:rPr>
          <w:rFonts w:ascii="Aptos" w:hAnsi="Aptos" w:eastAsia="Aptos"/>
          <w:b/>
          <w:i w:val="0"/>
          <w:color w:val="B58A2A"/>
          <w:sz w:val="23"/>
        </w:rPr>
        <w:t xml:space="preserve">13. </w:t>
      </w:r>
      <w:r>
        <w:rPr>
          <w:rFonts w:ascii="Aptos" w:hAnsi="Aptos" w:eastAsia="Aptos"/>
          <w:b w:val="0"/>
          <w:i w:val="0"/>
          <w:color w:val="25352E"/>
          <w:sz w:val="23"/>
        </w:rPr>
        <w:t>Người có nơi nương tựa bên trong đi đâu cũng không hoàn toàn mất nhà.</w:t>
      </w:r>
    </w:p>
    <w:p>
      <w:bookmarkStart w:id="3" w:name="CHAPTER_2"/>
      <w:pPr>
        <w:pStyle w:val="Heading1"/>
        <w:pageBreakBefore/>
        <w:jc w:val="center"/>
      </w:pPr>
      <w:bookmarkEnd w:id="3"/>
      <w:r>
        <w:rPr>
          <w:rFonts w:ascii="Aptos Display" w:hAnsi="Aptos Display" w:eastAsia="Aptos Display"/>
          <w:b/>
          <w:i w:val="0"/>
          <w:color w:val="2F6B4F"/>
          <w:sz w:val="38"/>
        </w:rPr>
        <w:t>Chương 2</w:t>
        <w:br/>
      </w:r>
      <w:r>
        <w:rPr>
          <w:rFonts w:ascii="Aptos Display" w:hAnsi="Aptos Display" w:eastAsia="Aptos Display"/>
          <w:b/>
          <w:i w:val="0"/>
          <w:color w:val="2F6B4F"/>
          <w:sz w:val="38"/>
        </w:rPr>
        <w:t>Một mình không đồng nghĩa cô độc</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Nếm được vị độc cư,</w:t>
              <w:br/>
            </w:r>
            <w:r>
              <w:rPr>
                <w:rFonts w:ascii="Aptos" w:hAnsi="Aptos" w:eastAsia="Aptos"/>
                <w:b/>
                <w:i w:val="0"/>
                <w:color w:val="2F6B4F"/>
                <w:sz w:val="23"/>
              </w:rPr>
              <w:t>Hưởng được vị nhàn tịnh,</w:t>
              <w:br/>
            </w:r>
            <w:r>
              <w:rPr>
                <w:rFonts w:ascii="Aptos" w:hAnsi="Aptos" w:eastAsia="Aptos"/>
                <w:b/>
                <w:i w:val="0"/>
                <w:color w:val="2F6B4F"/>
                <w:sz w:val="23"/>
              </w:rPr>
              <w:t>Không sợ hãi, không ác,</w:t>
              <w:br/>
            </w:r>
            <w:r>
              <w:rPr>
                <w:rFonts w:ascii="Aptos" w:hAnsi="Aptos" w:eastAsia="Aptos"/>
                <w:b/>
                <w:i w:val="0"/>
                <w:color w:val="2F6B4F"/>
                <w:sz w:val="23"/>
              </w:rPr>
              <w:t>Nếm được vị pháp hỷ.</w:t>
            </w:r>
          </w:p>
          <w:p>
            <w:pPr>
              <w:jc w:val="center"/>
            </w:pPr>
            <w:r>
              <w:rPr>
                <w:rFonts w:ascii="Aptos" w:hAnsi="Aptos" w:eastAsia="Aptos"/>
                <w:b w:val="0"/>
                <w:i/>
                <w:color w:val="66736C"/>
                <w:sz w:val="19"/>
              </w:rPr>
              <w:t>Nguồn: Kinh Pháp Cú, kệ 205, Phẩm An Lạc - bản dịch Hòa thượng Thích Minh Châu.</w:t>
            </w:r>
          </w:p>
        </w:tc>
      </w:tr>
    </w:tbl>
    <w:p/>
    <w:p>
      <w:pPr>
        <w:keepLines/>
        <w:ind w:left="259" w:hanging="259"/>
      </w:pPr>
      <w:r>
        <w:rPr>
          <w:rFonts w:ascii="Aptos" w:hAnsi="Aptos" w:eastAsia="Aptos"/>
          <w:b/>
          <w:i w:val="0"/>
          <w:color w:val="B58A2A"/>
          <w:sz w:val="23"/>
        </w:rPr>
        <w:t xml:space="preserve">14. </w:t>
      </w:r>
      <w:r>
        <w:rPr>
          <w:rFonts w:ascii="Aptos" w:hAnsi="Aptos" w:eastAsia="Aptos"/>
          <w:b w:val="0"/>
          <w:i w:val="0"/>
          <w:color w:val="25352E"/>
          <w:sz w:val="23"/>
        </w:rPr>
        <w:t>Một mình là hoàn cảnh; cô độc là cảm giác; độc cư có chánh niệm lại có thể là một pháp tu.</w:t>
      </w:r>
    </w:p>
    <w:p>
      <w:pPr>
        <w:keepLines/>
        <w:ind w:left="259" w:hanging="259"/>
      </w:pPr>
      <w:r>
        <w:rPr>
          <w:rFonts w:ascii="Aptos" w:hAnsi="Aptos" w:eastAsia="Aptos"/>
          <w:b/>
          <w:i w:val="0"/>
          <w:color w:val="B58A2A"/>
          <w:sz w:val="23"/>
        </w:rPr>
        <w:t xml:space="preserve">15. </w:t>
      </w:r>
      <w:r>
        <w:rPr>
          <w:rFonts w:ascii="Aptos" w:hAnsi="Aptos" w:eastAsia="Aptos"/>
          <w:b w:val="0"/>
          <w:i w:val="0"/>
          <w:color w:val="25352E"/>
          <w:sz w:val="23"/>
        </w:rPr>
        <w:t>Căn phòng vắng chỉ đáng sợ khi bên trong ta không có điều gì đủ sáng để trở về.</w:t>
      </w:r>
    </w:p>
    <w:p>
      <w:pPr>
        <w:keepLines/>
        <w:ind w:left="259" w:hanging="259"/>
      </w:pPr>
      <w:r>
        <w:rPr>
          <w:rFonts w:ascii="Aptos" w:hAnsi="Aptos" w:eastAsia="Aptos"/>
          <w:b/>
          <w:i w:val="0"/>
          <w:color w:val="B58A2A"/>
          <w:sz w:val="23"/>
        </w:rPr>
        <w:t xml:space="preserve">16. </w:t>
      </w:r>
      <w:r>
        <w:rPr>
          <w:rFonts w:ascii="Aptos" w:hAnsi="Aptos" w:eastAsia="Aptos"/>
          <w:b w:val="0"/>
          <w:i w:val="0"/>
          <w:color w:val="25352E"/>
          <w:sz w:val="23"/>
        </w:rPr>
        <w:t>Độc cư không phải đóng cửa với tình thương; đó là khép bớt tiếng ồn để nghe cho rõ tâm mình.</w:t>
      </w:r>
    </w:p>
    <w:p>
      <w:pPr>
        <w:keepLines/>
        <w:ind w:left="259" w:hanging="259"/>
      </w:pPr>
      <w:r>
        <w:rPr>
          <w:rFonts w:ascii="Aptos" w:hAnsi="Aptos" w:eastAsia="Aptos"/>
          <w:b/>
          <w:i w:val="0"/>
          <w:color w:val="B58A2A"/>
          <w:sz w:val="23"/>
        </w:rPr>
        <w:t xml:space="preserve">17. </w:t>
      </w:r>
      <w:r>
        <w:rPr>
          <w:rFonts w:ascii="Aptos" w:hAnsi="Aptos" w:eastAsia="Aptos"/>
          <w:b w:val="0"/>
          <w:i w:val="0"/>
          <w:color w:val="25352E"/>
          <w:sz w:val="23"/>
        </w:rPr>
        <w:t>Có người ở giữa trăm người vẫn lẻ loi; có người ngồi một mình mà lòng đang nối với muôn loài bằng từ tâm.</w:t>
      </w:r>
    </w:p>
    <w:p>
      <w:pPr>
        <w:keepLines/>
        <w:ind w:left="259" w:hanging="259"/>
      </w:pPr>
      <w:r>
        <w:rPr>
          <w:rFonts w:ascii="Aptos" w:hAnsi="Aptos" w:eastAsia="Aptos"/>
          <w:b/>
          <w:i w:val="0"/>
          <w:color w:val="B58A2A"/>
          <w:sz w:val="23"/>
        </w:rPr>
        <w:t xml:space="preserve">18. </w:t>
      </w:r>
      <w:r>
        <w:rPr>
          <w:rFonts w:ascii="Aptos" w:hAnsi="Aptos" w:eastAsia="Aptos"/>
          <w:b w:val="0"/>
          <w:i w:val="0"/>
          <w:color w:val="25352E"/>
          <w:sz w:val="23"/>
        </w:rPr>
        <w:t>Đừng lấp mọi khoảng trống bằng một cuộc gọi; có khoảng trống cần được lấp bằng một lần ngồi yên.</w:t>
      </w:r>
    </w:p>
    <w:p>
      <w:pPr>
        <w:keepLines/>
        <w:ind w:left="259" w:hanging="259"/>
      </w:pPr>
      <w:r>
        <w:rPr>
          <w:rFonts w:ascii="Aptos" w:hAnsi="Aptos" w:eastAsia="Aptos"/>
          <w:b/>
          <w:i w:val="0"/>
          <w:color w:val="B58A2A"/>
          <w:sz w:val="23"/>
        </w:rPr>
        <w:t xml:space="preserve">19. </w:t>
      </w:r>
      <w:r>
        <w:rPr>
          <w:rFonts w:ascii="Aptos" w:hAnsi="Aptos" w:eastAsia="Aptos"/>
          <w:b w:val="0"/>
          <w:i w:val="0"/>
          <w:color w:val="25352E"/>
          <w:sz w:val="23"/>
        </w:rPr>
        <w:t>Nếu cứ cần người khác làm mình vui, chìa khóa bình an vẫn đang nằm trong túi của người khác.</w:t>
      </w:r>
    </w:p>
    <w:p>
      <w:pPr>
        <w:keepLines/>
        <w:ind w:left="259" w:hanging="259"/>
      </w:pPr>
      <w:r>
        <w:rPr>
          <w:rFonts w:ascii="Aptos" w:hAnsi="Aptos" w:eastAsia="Aptos"/>
          <w:b/>
          <w:i w:val="0"/>
          <w:color w:val="B58A2A"/>
          <w:sz w:val="23"/>
        </w:rPr>
        <w:t xml:space="preserve">20. </w:t>
      </w:r>
      <w:r>
        <w:rPr>
          <w:rFonts w:ascii="Aptos" w:hAnsi="Aptos" w:eastAsia="Aptos"/>
          <w:b w:val="0"/>
          <w:i w:val="0"/>
          <w:color w:val="25352E"/>
          <w:sz w:val="23"/>
        </w:rPr>
        <w:t>Ở một mình đủ lâu, ta sẽ biết điều gì là nhu cầu thật và điều gì chỉ là thói quen tìm tiếng động.</w:t>
      </w:r>
    </w:p>
    <w:p>
      <w:pPr>
        <w:keepLines/>
        <w:ind w:left="259" w:hanging="259"/>
      </w:pPr>
      <w:r>
        <w:rPr>
          <w:rFonts w:ascii="Aptos" w:hAnsi="Aptos" w:eastAsia="Aptos"/>
          <w:b/>
          <w:i w:val="0"/>
          <w:color w:val="B58A2A"/>
          <w:sz w:val="23"/>
        </w:rPr>
        <w:t xml:space="preserve">21. </w:t>
      </w:r>
      <w:r>
        <w:rPr>
          <w:rFonts w:ascii="Aptos" w:hAnsi="Aptos" w:eastAsia="Aptos"/>
          <w:b w:val="0"/>
          <w:i w:val="0"/>
          <w:color w:val="25352E"/>
          <w:sz w:val="23"/>
        </w:rPr>
        <w:t>Sự yên tĩnh ban đầu có thể làm nỗi buồn hiện rõ; nhưng thấy rõ mới là khởi đầu của chuyển hóa.</w:t>
      </w:r>
    </w:p>
    <w:p>
      <w:pPr>
        <w:keepLines/>
        <w:ind w:left="259" w:hanging="259"/>
      </w:pPr>
      <w:r>
        <w:rPr>
          <w:rFonts w:ascii="Aptos" w:hAnsi="Aptos" w:eastAsia="Aptos"/>
          <w:b/>
          <w:i w:val="0"/>
          <w:color w:val="B58A2A"/>
          <w:sz w:val="23"/>
        </w:rPr>
        <w:t xml:space="preserve">22. </w:t>
      </w:r>
      <w:r>
        <w:rPr>
          <w:rFonts w:ascii="Aptos" w:hAnsi="Aptos" w:eastAsia="Aptos"/>
          <w:b w:val="0"/>
          <w:i w:val="0"/>
          <w:color w:val="25352E"/>
          <w:sz w:val="23"/>
        </w:rPr>
        <w:t>Độc cư lành mạnh làm tâm rộng ra; cô lập kéo dài làm tâm co lại. Hãy nhìn xem mình đang đi theo hướng nào.</w:t>
      </w:r>
    </w:p>
    <w:p>
      <w:pPr>
        <w:keepLines/>
        <w:ind w:left="259" w:hanging="259"/>
      </w:pPr>
      <w:r>
        <w:rPr>
          <w:rFonts w:ascii="Aptos" w:hAnsi="Aptos" w:eastAsia="Aptos"/>
          <w:b/>
          <w:i w:val="0"/>
          <w:color w:val="B58A2A"/>
          <w:sz w:val="23"/>
        </w:rPr>
        <w:t xml:space="preserve">23. </w:t>
      </w:r>
      <w:r>
        <w:rPr>
          <w:rFonts w:ascii="Aptos" w:hAnsi="Aptos" w:eastAsia="Aptos"/>
          <w:b w:val="0"/>
          <w:i w:val="0"/>
          <w:color w:val="25352E"/>
          <w:sz w:val="23"/>
        </w:rPr>
        <w:t>Một buổi không ai trò chuyện vẫn có thể đầy đặn nếu ta đọc một trang kinh, thở một hơi sâu và làm một việc thiện.</w:t>
      </w:r>
    </w:p>
    <w:p>
      <w:pPr>
        <w:keepLines/>
        <w:ind w:left="259" w:hanging="259"/>
      </w:pPr>
      <w:r>
        <w:rPr>
          <w:rFonts w:ascii="Aptos" w:hAnsi="Aptos" w:eastAsia="Aptos"/>
          <w:b/>
          <w:i w:val="0"/>
          <w:color w:val="B58A2A"/>
          <w:sz w:val="23"/>
        </w:rPr>
        <w:t xml:space="preserve">24. </w:t>
      </w:r>
      <w:r>
        <w:rPr>
          <w:rFonts w:ascii="Aptos" w:hAnsi="Aptos" w:eastAsia="Aptos"/>
          <w:b w:val="0"/>
          <w:i w:val="0"/>
          <w:color w:val="25352E"/>
          <w:sz w:val="23"/>
        </w:rPr>
        <w:t>Đừng biến sự ít người bên cạnh thành bản án về giá trị của mình.</w:t>
      </w:r>
    </w:p>
    <w:p>
      <w:pPr>
        <w:keepLines/>
        <w:ind w:left="259" w:hanging="259"/>
      </w:pPr>
      <w:r>
        <w:rPr>
          <w:rFonts w:ascii="Aptos" w:hAnsi="Aptos" w:eastAsia="Aptos"/>
          <w:b/>
          <w:i w:val="0"/>
          <w:color w:val="B58A2A"/>
          <w:sz w:val="23"/>
        </w:rPr>
        <w:t xml:space="preserve">25. </w:t>
      </w:r>
      <w:r>
        <w:rPr>
          <w:rFonts w:ascii="Aptos" w:hAnsi="Aptos" w:eastAsia="Aptos"/>
          <w:b w:val="0"/>
          <w:i w:val="0"/>
          <w:color w:val="25352E"/>
          <w:sz w:val="23"/>
        </w:rPr>
        <w:t>Người biết ở yên với chính mình sẽ bớt níu kéo những mối quan hệ chỉ làm lòng thêm bất an.</w:t>
      </w:r>
    </w:p>
    <w:p>
      <w:pPr>
        <w:keepLines/>
        <w:ind w:left="259" w:hanging="259"/>
      </w:pPr>
      <w:r>
        <w:rPr>
          <w:rFonts w:ascii="Aptos" w:hAnsi="Aptos" w:eastAsia="Aptos"/>
          <w:b/>
          <w:i w:val="0"/>
          <w:color w:val="B58A2A"/>
          <w:sz w:val="23"/>
        </w:rPr>
        <w:t xml:space="preserve">26. </w:t>
      </w:r>
      <w:r>
        <w:rPr>
          <w:rFonts w:ascii="Aptos" w:hAnsi="Aptos" w:eastAsia="Aptos"/>
          <w:b w:val="0"/>
          <w:i w:val="0"/>
          <w:color w:val="25352E"/>
          <w:sz w:val="23"/>
        </w:rPr>
        <w:t>Khi tâm có Pháp làm bạn, sự vắng người không còn là khoảng không hoàn toàn trống rỗng.</w:t>
      </w:r>
    </w:p>
    <w:p>
      <w:bookmarkStart w:id="4" w:name="CHAPTER_3"/>
      <w:pPr>
        <w:pStyle w:val="Heading1"/>
        <w:pageBreakBefore/>
        <w:jc w:val="center"/>
      </w:pPr>
      <w:bookmarkEnd w:id="4"/>
      <w:r>
        <w:rPr>
          <w:rFonts w:ascii="Aptos Display" w:hAnsi="Aptos Display" w:eastAsia="Aptos Display"/>
          <w:b/>
          <w:i w:val="0"/>
          <w:color w:val="2F6B4F"/>
          <w:sz w:val="38"/>
        </w:rPr>
        <w:t>Chương 3</w:t>
        <w:br/>
      </w:r>
      <w:r>
        <w:rPr>
          <w:rFonts w:ascii="Aptos Display" w:hAnsi="Aptos Display" w:eastAsia="Aptos Display"/>
          <w:b/>
          <w:i w:val="0"/>
          <w:color w:val="2F6B4F"/>
          <w:sz w:val="38"/>
        </w:rPr>
        <w:t>Đồng thanh tương ứng</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Chớ thân với bạn ác,</w:t>
              <w:br/>
            </w:r>
            <w:r>
              <w:rPr>
                <w:rFonts w:ascii="Aptos" w:hAnsi="Aptos" w:eastAsia="Aptos"/>
                <w:b/>
                <w:i w:val="0"/>
                <w:color w:val="2F6B4F"/>
                <w:sz w:val="23"/>
              </w:rPr>
              <w:t>Chớ thân kẻ tiểu nhân.</w:t>
              <w:br/>
            </w:r>
            <w:r>
              <w:rPr>
                <w:rFonts w:ascii="Aptos" w:hAnsi="Aptos" w:eastAsia="Aptos"/>
                <w:b/>
                <w:i w:val="0"/>
                <w:color w:val="2F6B4F"/>
                <w:sz w:val="23"/>
              </w:rPr>
              <w:t>Hãy thân người bạn lành,</w:t>
              <w:br/>
            </w:r>
            <w:r>
              <w:rPr>
                <w:rFonts w:ascii="Aptos" w:hAnsi="Aptos" w:eastAsia="Aptos"/>
                <w:b/>
                <w:i w:val="0"/>
                <w:color w:val="2F6B4F"/>
                <w:sz w:val="23"/>
              </w:rPr>
              <w:t>Hãy thân bậc thượng nhân.</w:t>
            </w:r>
          </w:p>
          <w:p>
            <w:pPr>
              <w:jc w:val="center"/>
            </w:pPr>
            <w:r>
              <w:rPr>
                <w:rFonts w:ascii="Aptos" w:hAnsi="Aptos" w:eastAsia="Aptos"/>
                <w:b w:val="0"/>
                <w:i/>
                <w:color w:val="66736C"/>
                <w:sz w:val="19"/>
              </w:rPr>
              <w:t>Nguồn: Kinh Pháp Cú, kệ 78, Phẩm Hiền Trí - bản dịch Hòa thượng Thích Minh Châu.</w:t>
            </w:r>
          </w:p>
        </w:tc>
      </w:tr>
    </w:tbl>
    <w:p/>
    <w:p>
      <w:pPr>
        <w:keepLines/>
        <w:ind w:left="259" w:hanging="259"/>
      </w:pPr>
      <w:r>
        <w:rPr>
          <w:rFonts w:ascii="Aptos" w:hAnsi="Aptos" w:eastAsia="Aptos"/>
          <w:b/>
          <w:i w:val="0"/>
          <w:color w:val="B58A2A"/>
          <w:sz w:val="23"/>
        </w:rPr>
        <w:t xml:space="preserve">27. </w:t>
      </w:r>
      <w:r>
        <w:rPr>
          <w:rFonts w:ascii="Aptos" w:hAnsi="Aptos" w:eastAsia="Aptos"/>
          <w:b w:val="0"/>
          <w:i w:val="0"/>
          <w:color w:val="25352E"/>
          <w:sz w:val="23"/>
        </w:rPr>
        <w:t>Hợp nhau không phải nói giống mọi điều; hợp nhau là sau cuộc chuyện trò, cả hai đều muốn sống tử tế hơn.</w:t>
      </w:r>
    </w:p>
    <w:p>
      <w:pPr>
        <w:keepLines/>
        <w:ind w:left="259" w:hanging="259"/>
      </w:pPr>
      <w:r>
        <w:rPr>
          <w:rFonts w:ascii="Aptos" w:hAnsi="Aptos" w:eastAsia="Aptos"/>
          <w:b/>
          <w:i w:val="0"/>
          <w:color w:val="B58A2A"/>
          <w:sz w:val="23"/>
        </w:rPr>
        <w:t xml:space="preserve">28. </w:t>
      </w:r>
      <w:r>
        <w:rPr>
          <w:rFonts w:ascii="Aptos" w:hAnsi="Aptos" w:eastAsia="Aptos"/>
          <w:b w:val="0"/>
          <w:i w:val="0"/>
          <w:color w:val="25352E"/>
          <w:sz w:val="23"/>
        </w:rPr>
        <w:t>Đồng thanh tương ứng sâu nhất không nằm ở giọng nói, mà ở điều hai người cùng tôn trọng và cùng hướng tới.</w:t>
      </w:r>
    </w:p>
    <w:p>
      <w:pPr>
        <w:keepLines/>
        <w:ind w:left="259" w:hanging="259"/>
      </w:pPr>
      <w:r>
        <w:rPr>
          <w:rFonts w:ascii="Aptos" w:hAnsi="Aptos" w:eastAsia="Aptos"/>
          <w:b/>
          <w:i w:val="0"/>
          <w:color w:val="B58A2A"/>
          <w:sz w:val="23"/>
        </w:rPr>
        <w:t xml:space="preserve">29. </w:t>
      </w:r>
      <w:r>
        <w:rPr>
          <w:rFonts w:ascii="Aptos" w:hAnsi="Aptos" w:eastAsia="Aptos"/>
          <w:b w:val="0"/>
          <w:i w:val="0"/>
          <w:color w:val="25352E"/>
          <w:sz w:val="23"/>
        </w:rPr>
        <w:t>Khác giờ giấc còn có thể sắp xếp; khác nền tảng sống quá xa thì càng gần càng dễ mỏi.</w:t>
      </w:r>
    </w:p>
    <w:p>
      <w:pPr>
        <w:keepLines/>
        <w:ind w:left="259" w:hanging="259"/>
      </w:pPr>
      <w:r>
        <w:rPr>
          <w:rFonts w:ascii="Aptos" w:hAnsi="Aptos" w:eastAsia="Aptos"/>
          <w:b/>
          <w:i w:val="0"/>
          <w:color w:val="B58A2A"/>
          <w:sz w:val="23"/>
        </w:rPr>
        <w:t xml:space="preserve">30. </w:t>
      </w:r>
      <w:r>
        <w:rPr>
          <w:rFonts w:ascii="Aptos" w:hAnsi="Aptos" w:eastAsia="Aptos"/>
          <w:b w:val="0"/>
          <w:i w:val="0"/>
          <w:color w:val="25352E"/>
          <w:sz w:val="23"/>
        </w:rPr>
        <w:t>Không phải người đều đặn xuất hiện nào cũng thật sự đồng hành; có mặt là thời gian, hiểu nhau mới là chiều sâu.</w:t>
      </w:r>
    </w:p>
    <w:p>
      <w:pPr>
        <w:keepLines/>
        <w:ind w:left="259" w:hanging="259"/>
      </w:pPr>
      <w:r>
        <w:rPr>
          <w:rFonts w:ascii="Aptos" w:hAnsi="Aptos" w:eastAsia="Aptos"/>
          <w:b/>
          <w:i w:val="0"/>
          <w:color w:val="B58A2A"/>
          <w:sz w:val="23"/>
        </w:rPr>
        <w:t xml:space="preserve">31. </w:t>
      </w:r>
      <w:r>
        <w:rPr>
          <w:rFonts w:ascii="Aptos" w:hAnsi="Aptos" w:eastAsia="Aptos"/>
          <w:b w:val="0"/>
          <w:i w:val="0"/>
          <w:color w:val="25352E"/>
          <w:sz w:val="23"/>
        </w:rPr>
        <w:t>Một mối quan hệ không có gì để nói đôi khi không hề sai; nó chỉ đã hoàn thành phần duyên của mình.</w:t>
      </w:r>
    </w:p>
    <w:p>
      <w:pPr>
        <w:keepLines/>
        <w:ind w:left="259" w:hanging="259"/>
      </w:pPr>
      <w:r>
        <w:rPr>
          <w:rFonts w:ascii="Aptos" w:hAnsi="Aptos" w:eastAsia="Aptos"/>
          <w:b/>
          <w:i w:val="0"/>
          <w:color w:val="B58A2A"/>
          <w:sz w:val="23"/>
        </w:rPr>
        <w:t xml:space="preserve">32. </w:t>
      </w:r>
      <w:r>
        <w:rPr>
          <w:rFonts w:ascii="Aptos" w:hAnsi="Aptos" w:eastAsia="Aptos"/>
          <w:b w:val="0"/>
          <w:i w:val="0"/>
          <w:color w:val="25352E"/>
          <w:sz w:val="23"/>
        </w:rPr>
        <w:t>Đừng cố kéo dài câu chuyện chỉ để chứng minh hai người còn gần; im lặng thành thật đôi khi hiền hơn lời gượng ép.</w:t>
      </w:r>
    </w:p>
    <w:p>
      <w:pPr>
        <w:keepLines/>
        <w:ind w:left="259" w:hanging="259"/>
      </w:pPr>
      <w:r>
        <w:rPr>
          <w:rFonts w:ascii="Aptos" w:hAnsi="Aptos" w:eastAsia="Aptos"/>
          <w:b/>
          <w:i w:val="0"/>
          <w:color w:val="B58A2A"/>
          <w:sz w:val="23"/>
        </w:rPr>
        <w:t xml:space="preserve">33. </w:t>
      </w:r>
      <w:r>
        <w:rPr>
          <w:rFonts w:ascii="Aptos" w:hAnsi="Aptos" w:eastAsia="Aptos"/>
          <w:b w:val="0"/>
          <w:i w:val="0"/>
          <w:color w:val="25352E"/>
          <w:sz w:val="23"/>
        </w:rPr>
        <w:t>Người hợp tâm không nhất thiết cùng tính; họ biết tôn trọng điểm khác mà không dùng nó làm vũ khí.</w:t>
      </w:r>
    </w:p>
    <w:p>
      <w:pPr>
        <w:keepLines/>
        <w:ind w:left="259" w:hanging="259"/>
      </w:pPr>
      <w:r>
        <w:rPr>
          <w:rFonts w:ascii="Aptos" w:hAnsi="Aptos" w:eastAsia="Aptos"/>
          <w:b/>
          <w:i w:val="0"/>
          <w:color w:val="B58A2A"/>
          <w:sz w:val="23"/>
        </w:rPr>
        <w:t xml:space="preserve">34. </w:t>
      </w:r>
      <w:r>
        <w:rPr>
          <w:rFonts w:ascii="Aptos" w:hAnsi="Aptos" w:eastAsia="Aptos"/>
          <w:b w:val="0"/>
          <w:i w:val="0"/>
          <w:color w:val="25352E"/>
          <w:sz w:val="23"/>
        </w:rPr>
        <w:t>Bạn lành không chỉ nghe điều ta thích nói; họ còn giúp ta nhận ra điều mình đang né tránh.</w:t>
      </w:r>
    </w:p>
    <w:p>
      <w:pPr>
        <w:keepLines/>
        <w:ind w:left="259" w:hanging="259"/>
      </w:pPr>
      <w:r>
        <w:rPr>
          <w:rFonts w:ascii="Aptos" w:hAnsi="Aptos" w:eastAsia="Aptos"/>
          <w:b/>
          <w:i w:val="0"/>
          <w:color w:val="B58A2A"/>
          <w:sz w:val="23"/>
        </w:rPr>
        <w:t xml:space="preserve">35. </w:t>
      </w:r>
      <w:r>
        <w:rPr>
          <w:rFonts w:ascii="Aptos" w:hAnsi="Aptos" w:eastAsia="Aptos"/>
          <w:b w:val="0"/>
          <w:i w:val="0"/>
          <w:color w:val="25352E"/>
          <w:sz w:val="23"/>
        </w:rPr>
        <w:t>Có người cho ta náo nhiệt, có người cho ta bình an; đến lúc mệt, ta mới biết món quà nào quý hơn.</w:t>
      </w:r>
    </w:p>
    <w:p>
      <w:pPr>
        <w:keepLines/>
        <w:ind w:left="259" w:hanging="259"/>
      </w:pPr>
      <w:r>
        <w:rPr>
          <w:rFonts w:ascii="Aptos" w:hAnsi="Aptos" w:eastAsia="Aptos"/>
          <w:b/>
          <w:i w:val="0"/>
          <w:color w:val="B58A2A"/>
          <w:sz w:val="23"/>
        </w:rPr>
        <w:t xml:space="preserve">36. </w:t>
      </w:r>
      <w:r>
        <w:rPr>
          <w:rFonts w:ascii="Aptos" w:hAnsi="Aptos" w:eastAsia="Aptos"/>
          <w:b w:val="0"/>
          <w:i w:val="0"/>
          <w:color w:val="25352E"/>
          <w:sz w:val="23"/>
        </w:rPr>
        <w:t>Đồng hành đúng không khiến một người phải thu nhỏ mình để người kia được thoải mái.</w:t>
      </w:r>
    </w:p>
    <w:p>
      <w:pPr>
        <w:keepLines/>
        <w:ind w:left="259" w:hanging="259"/>
      </w:pPr>
      <w:r>
        <w:rPr>
          <w:rFonts w:ascii="Aptos" w:hAnsi="Aptos" w:eastAsia="Aptos"/>
          <w:b/>
          <w:i w:val="0"/>
          <w:color w:val="B58A2A"/>
          <w:sz w:val="23"/>
        </w:rPr>
        <w:t xml:space="preserve">37. </w:t>
      </w:r>
      <w:r>
        <w:rPr>
          <w:rFonts w:ascii="Aptos" w:hAnsi="Aptos" w:eastAsia="Aptos"/>
          <w:b w:val="0"/>
          <w:i w:val="0"/>
          <w:color w:val="25352E"/>
          <w:sz w:val="23"/>
        </w:rPr>
        <w:t>Hai người cùng hướng thiện có thể ở xa mà vẫn gần; hai người cùng phòng nhưng khác chí nguyện vẫn có thể cách nhau rất xa.</w:t>
      </w:r>
    </w:p>
    <w:p>
      <w:pPr>
        <w:keepLines/>
        <w:ind w:left="259" w:hanging="259"/>
      </w:pPr>
      <w:r>
        <w:rPr>
          <w:rFonts w:ascii="Aptos" w:hAnsi="Aptos" w:eastAsia="Aptos"/>
          <w:b/>
          <w:i w:val="0"/>
          <w:color w:val="B58A2A"/>
          <w:sz w:val="23"/>
        </w:rPr>
        <w:t xml:space="preserve">38. </w:t>
      </w:r>
      <w:r>
        <w:rPr>
          <w:rFonts w:ascii="Aptos" w:hAnsi="Aptos" w:eastAsia="Aptos"/>
          <w:b w:val="0"/>
          <w:i w:val="0"/>
          <w:color w:val="25352E"/>
          <w:sz w:val="23"/>
        </w:rPr>
        <w:t>Duyên lành không cần nói suốt ngày; chỉ cần mỗi lần gặp, tâm không bị kéo xuống.</w:t>
      </w:r>
    </w:p>
    <w:p>
      <w:pPr>
        <w:keepLines/>
        <w:ind w:left="259" w:hanging="259"/>
      </w:pPr>
      <w:r>
        <w:rPr>
          <w:rFonts w:ascii="Aptos" w:hAnsi="Aptos" w:eastAsia="Aptos"/>
          <w:b/>
          <w:i w:val="0"/>
          <w:color w:val="B58A2A"/>
          <w:sz w:val="23"/>
        </w:rPr>
        <w:t xml:space="preserve">39. </w:t>
      </w:r>
      <w:r>
        <w:rPr>
          <w:rFonts w:ascii="Aptos" w:hAnsi="Aptos" w:eastAsia="Aptos"/>
          <w:b w:val="0"/>
          <w:i w:val="0"/>
          <w:color w:val="25352E"/>
          <w:sz w:val="23"/>
        </w:rPr>
        <w:t>Gặp được người hiểu mình là phước; trở thành người biết hiểu người khác là công phu.</w:t>
      </w:r>
    </w:p>
    <w:p>
      <w:bookmarkStart w:id="5" w:name="CHAPTER_4"/>
      <w:pPr>
        <w:pStyle w:val="Heading1"/>
        <w:pageBreakBefore/>
        <w:jc w:val="center"/>
      </w:pPr>
      <w:bookmarkEnd w:id="5"/>
      <w:r>
        <w:rPr>
          <w:rFonts w:ascii="Aptos Display" w:hAnsi="Aptos Display" w:eastAsia="Aptos Display"/>
          <w:b/>
          <w:i w:val="0"/>
          <w:color w:val="2F6B4F"/>
          <w:sz w:val="38"/>
        </w:rPr>
        <w:t>Chương 4</w:t>
        <w:br/>
      </w:r>
      <w:r>
        <w:rPr>
          <w:rFonts w:ascii="Aptos Display" w:hAnsi="Aptos Display" w:eastAsia="Aptos Display"/>
          <w:b/>
          <w:i w:val="0"/>
          <w:color w:val="2F6B4F"/>
          <w:sz w:val="38"/>
        </w:rPr>
        <w:t>Một lời nói làm tâm sáng</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Dầu nói ngàn câu kệ,</w:t>
              <w:br/>
            </w:r>
            <w:r>
              <w:rPr>
                <w:rFonts w:ascii="Aptos" w:hAnsi="Aptos" w:eastAsia="Aptos"/>
                <w:b/>
                <w:i w:val="0"/>
                <w:color w:val="2F6B4F"/>
                <w:sz w:val="23"/>
              </w:rPr>
              <w:t>Nhưng vô nghĩa, không lợi,</w:t>
              <w:br/>
            </w:r>
            <w:r>
              <w:rPr>
                <w:rFonts w:ascii="Aptos" w:hAnsi="Aptos" w:eastAsia="Aptos"/>
                <w:b/>
                <w:i w:val="0"/>
                <w:color w:val="2F6B4F"/>
                <w:sz w:val="23"/>
              </w:rPr>
              <w:t>Tốt hơn nói một câu,</w:t>
              <w:br/>
            </w:r>
            <w:r>
              <w:rPr>
                <w:rFonts w:ascii="Aptos" w:hAnsi="Aptos" w:eastAsia="Aptos"/>
                <w:b/>
                <w:i w:val="0"/>
                <w:color w:val="2F6B4F"/>
                <w:sz w:val="23"/>
              </w:rPr>
              <w:t>Nghe xong, được tịnh lạc.</w:t>
            </w:r>
          </w:p>
          <w:p>
            <w:pPr>
              <w:jc w:val="center"/>
            </w:pPr>
            <w:r>
              <w:rPr>
                <w:rFonts w:ascii="Aptos" w:hAnsi="Aptos" w:eastAsia="Aptos"/>
                <w:b w:val="0"/>
                <w:i/>
                <w:color w:val="66736C"/>
                <w:sz w:val="19"/>
              </w:rPr>
              <w:t>Nguồn: Kinh Pháp Cú, kệ 100, Phẩm Ngàn - bản dịch Hòa thượng Thích Minh Châu.</w:t>
            </w:r>
          </w:p>
        </w:tc>
      </w:tr>
    </w:tbl>
    <w:p/>
    <w:p>
      <w:pPr>
        <w:keepLines/>
        <w:ind w:left="259" w:hanging="259"/>
      </w:pPr>
      <w:r>
        <w:rPr>
          <w:rFonts w:ascii="Aptos" w:hAnsi="Aptos" w:eastAsia="Aptos"/>
          <w:b/>
          <w:i w:val="0"/>
          <w:color w:val="B58A2A"/>
          <w:sz w:val="23"/>
        </w:rPr>
        <w:t xml:space="preserve">40. </w:t>
      </w:r>
      <w:r>
        <w:rPr>
          <w:rFonts w:ascii="Aptos" w:hAnsi="Aptos" w:eastAsia="Aptos"/>
          <w:b w:val="0"/>
          <w:i w:val="0"/>
          <w:color w:val="25352E"/>
          <w:sz w:val="23"/>
        </w:rPr>
        <w:t>Có cuộc trò chuyện không giải quyết việc gì mà vẫn cứu được một ngày, vì nó trả lại cho người nghe chút sinh khí.</w:t>
      </w:r>
    </w:p>
    <w:p>
      <w:pPr>
        <w:keepLines/>
        <w:ind w:left="259" w:hanging="259"/>
      </w:pPr>
      <w:r>
        <w:rPr>
          <w:rFonts w:ascii="Aptos" w:hAnsi="Aptos" w:eastAsia="Aptos"/>
          <w:b/>
          <w:i w:val="0"/>
          <w:color w:val="B58A2A"/>
          <w:sz w:val="23"/>
        </w:rPr>
        <w:t xml:space="preserve">41. </w:t>
      </w:r>
      <w:r>
        <w:rPr>
          <w:rFonts w:ascii="Aptos" w:hAnsi="Aptos" w:eastAsia="Aptos"/>
          <w:b w:val="0"/>
          <w:i w:val="0"/>
          <w:color w:val="25352E"/>
          <w:sz w:val="23"/>
        </w:rPr>
        <w:t>Lời hay không nằm ở chỗ bóng bẩy; lời hay là lời chạm đúng nút thắt mà không làm người đau thêm.</w:t>
      </w:r>
    </w:p>
    <w:p>
      <w:pPr>
        <w:keepLines/>
        <w:ind w:left="259" w:hanging="259"/>
      </w:pPr>
      <w:r>
        <w:rPr>
          <w:rFonts w:ascii="Aptos" w:hAnsi="Aptos" w:eastAsia="Aptos"/>
          <w:b/>
          <w:i w:val="0"/>
          <w:color w:val="B58A2A"/>
          <w:sz w:val="23"/>
        </w:rPr>
        <w:t xml:space="preserve">42. </w:t>
      </w:r>
      <w:r>
        <w:rPr>
          <w:rFonts w:ascii="Aptos" w:hAnsi="Aptos" w:eastAsia="Aptos"/>
          <w:b w:val="0"/>
          <w:i w:val="0"/>
          <w:color w:val="25352E"/>
          <w:sz w:val="23"/>
        </w:rPr>
        <w:t>Một câu hài hước đúng lúc không làm nhẹ giáo pháp; nó có thể làm nhẹ cái đầu đang quá căng để còn nghe được giáo pháp.</w:t>
      </w:r>
    </w:p>
    <w:p>
      <w:pPr>
        <w:keepLines/>
        <w:ind w:left="259" w:hanging="259"/>
      </w:pPr>
      <w:r>
        <w:rPr>
          <w:rFonts w:ascii="Aptos" w:hAnsi="Aptos" w:eastAsia="Aptos"/>
          <w:b/>
          <w:i w:val="0"/>
          <w:color w:val="B58A2A"/>
          <w:sz w:val="23"/>
        </w:rPr>
        <w:t xml:space="preserve">43. </w:t>
      </w:r>
      <w:r>
        <w:rPr>
          <w:rFonts w:ascii="Aptos" w:hAnsi="Aptos" w:eastAsia="Aptos"/>
          <w:b w:val="0"/>
          <w:i w:val="0"/>
          <w:color w:val="25352E"/>
          <w:sz w:val="23"/>
        </w:rPr>
        <w:t>Tiếng cười lành mạnh không trốn chạy nỗi buồn; nó mở một ô cửa cho tâm có thêm không khí.</w:t>
      </w:r>
    </w:p>
    <w:p>
      <w:pPr>
        <w:keepLines/>
        <w:ind w:left="259" w:hanging="259"/>
      </w:pPr>
      <w:r>
        <w:rPr>
          <w:rFonts w:ascii="Aptos" w:hAnsi="Aptos" w:eastAsia="Aptos"/>
          <w:b/>
          <w:i w:val="0"/>
          <w:color w:val="B58A2A"/>
          <w:sz w:val="23"/>
        </w:rPr>
        <w:t xml:space="preserve">44. </w:t>
      </w:r>
      <w:r>
        <w:rPr>
          <w:rFonts w:ascii="Aptos" w:hAnsi="Aptos" w:eastAsia="Aptos"/>
          <w:b w:val="0"/>
          <w:i w:val="0"/>
          <w:color w:val="25352E"/>
          <w:sz w:val="23"/>
        </w:rPr>
        <w:t>Người biết nói chuyện không phải nói liên tục; họ biết khi nào cần một câu, khi nào chỉ cần ở đó.</w:t>
      </w:r>
    </w:p>
    <w:p>
      <w:pPr>
        <w:keepLines/>
        <w:ind w:left="259" w:hanging="259"/>
      </w:pPr>
      <w:r>
        <w:rPr>
          <w:rFonts w:ascii="Aptos" w:hAnsi="Aptos" w:eastAsia="Aptos"/>
          <w:b/>
          <w:i w:val="0"/>
          <w:color w:val="B58A2A"/>
          <w:sz w:val="23"/>
        </w:rPr>
        <w:t xml:space="preserve">45. </w:t>
      </w:r>
      <w:r>
        <w:rPr>
          <w:rFonts w:ascii="Aptos" w:hAnsi="Aptos" w:eastAsia="Aptos"/>
          <w:b w:val="0"/>
          <w:i w:val="0"/>
          <w:color w:val="25352E"/>
          <w:sz w:val="23"/>
        </w:rPr>
        <w:t>Có lời nghe vui rồi quên; có lời vừa làm ta cười vừa âm thầm ở lại, đến lúc giảng Pháp lại tự nhiên bước ra.</w:t>
      </w:r>
    </w:p>
    <w:p>
      <w:pPr>
        <w:keepLines/>
        <w:ind w:left="259" w:hanging="259"/>
      </w:pPr>
      <w:r>
        <w:rPr>
          <w:rFonts w:ascii="Aptos" w:hAnsi="Aptos" w:eastAsia="Aptos"/>
          <w:b/>
          <w:i w:val="0"/>
          <w:color w:val="B58A2A"/>
          <w:sz w:val="23"/>
        </w:rPr>
        <w:t xml:space="preserve">46. </w:t>
      </w:r>
      <w:r>
        <w:rPr>
          <w:rFonts w:ascii="Aptos" w:hAnsi="Aptos" w:eastAsia="Aptos"/>
          <w:b w:val="0"/>
          <w:i w:val="0"/>
          <w:color w:val="25352E"/>
          <w:sz w:val="23"/>
        </w:rPr>
        <w:t>Một câu nói có ích phải đi qua ba cửa: có thật không, có lành không, và lúc này có cần không.</w:t>
      </w:r>
    </w:p>
    <w:p>
      <w:pPr>
        <w:keepLines/>
        <w:ind w:left="259" w:hanging="259"/>
      </w:pPr>
      <w:r>
        <w:rPr>
          <w:rFonts w:ascii="Aptos" w:hAnsi="Aptos" w:eastAsia="Aptos"/>
          <w:b/>
          <w:i w:val="0"/>
          <w:color w:val="B58A2A"/>
          <w:sz w:val="23"/>
        </w:rPr>
        <w:t xml:space="preserve">47. </w:t>
      </w:r>
      <w:r>
        <w:rPr>
          <w:rFonts w:ascii="Aptos" w:hAnsi="Aptos" w:eastAsia="Aptos"/>
          <w:b w:val="0"/>
          <w:i w:val="0"/>
          <w:color w:val="25352E"/>
          <w:sz w:val="23"/>
        </w:rPr>
        <w:t>Kiến thức chỉ thành món quà khi người nói biết đặt nó vào ngôn ngữ người nghe có thể nhận.</w:t>
      </w:r>
    </w:p>
    <w:p>
      <w:pPr>
        <w:keepLines/>
        <w:ind w:left="259" w:hanging="259"/>
      </w:pPr>
      <w:r>
        <w:rPr>
          <w:rFonts w:ascii="Aptos" w:hAnsi="Aptos" w:eastAsia="Aptos"/>
          <w:b/>
          <w:i w:val="0"/>
          <w:color w:val="B58A2A"/>
          <w:sz w:val="23"/>
        </w:rPr>
        <w:t xml:space="preserve">48. </w:t>
      </w:r>
      <w:r>
        <w:rPr>
          <w:rFonts w:ascii="Aptos" w:hAnsi="Aptos" w:eastAsia="Aptos"/>
          <w:b w:val="0"/>
          <w:i w:val="0"/>
          <w:color w:val="25352E"/>
          <w:sz w:val="23"/>
        </w:rPr>
        <w:t>Đừng dùng sự hiểu biết để đứng cao hơn người; hãy dùng nó làm chiếc ghế mời người đang mệt ngồi xuống.</w:t>
      </w:r>
    </w:p>
    <w:p>
      <w:pPr>
        <w:keepLines/>
        <w:ind w:left="259" w:hanging="259"/>
      </w:pPr>
      <w:r>
        <w:rPr>
          <w:rFonts w:ascii="Aptos" w:hAnsi="Aptos" w:eastAsia="Aptos"/>
          <w:b/>
          <w:i w:val="0"/>
          <w:color w:val="B58A2A"/>
          <w:sz w:val="23"/>
        </w:rPr>
        <w:t xml:space="preserve">49. </w:t>
      </w:r>
      <w:r>
        <w:rPr>
          <w:rFonts w:ascii="Aptos" w:hAnsi="Aptos" w:eastAsia="Aptos"/>
          <w:b w:val="0"/>
          <w:i w:val="0"/>
          <w:color w:val="25352E"/>
          <w:sz w:val="23"/>
        </w:rPr>
        <w:t>Lời Phật đi vào đời sống không nhất thiết phải khô; sự sâu sắc vẫn có thể mang một nụ cười.</w:t>
      </w:r>
    </w:p>
    <w:p>
      <w:pPr>
        <w:keepLines/>
        <w:ind w:left="259" w:hanging="259"/>
      </w:pPr>
      <w:r>
        <w:rPr>
          <w:rFonts w:ascii="Aptos" w:hAnsi="Aptos" w:eastAsia="Aptos"/>
          <w:b/>
          <w:i w:val="0"/>
          <w:color w:val="B58A2A"/>
          <w:sz w:val="23"/>
        </w:rPr>
        <w:t xml:space="preserve">50. </w:t>
      </w:r>
      <w:r>
        <w:rPr>
          <w:rFonts w:ascii="Aptos" w:hAnsi="Aptos" w:eastAsia="Aptos"/>
          <w:b w:val="0"/>
          <w:i w:val="0"/>
          <w:color w:val="25352E"/>
          <w:sz w:val="23"/>
        </w:rPr>
        <w:t>Một cuộc chuyện trò đẹp không làm ta lệ thuộc người nói; nó đánh thức nguồn năng lượng vốn có trong ta.</w:t>
      </w:r>
    </w:p>
    <w:p>
      <w:pPr>
        <w:keepLines/>
        <w:ind w:left="259" w:hanging="259"/>
      </w:pPr>
      <w:r>
        <w:rPr>
          <w:rFonts w:ascii="Aptos" w:hAnsi="Aptos" w:eastAsia="Aptos"/>
          <w:b/>
          <w:i w:val="0"/>
          <w:color w:val="B58A2A"/>
          <w:sz w:val="23"/>
        </w:rPr>
        <w:t xml:space="preserve">51. </w:t>
      </w:r>
      <w:r>
        <w:rPr>
          <w:rFonts w:ascii="Aptos" w:hAnsi="Aptos" w:eastAsia="Aptos"/>
          <w:b w:val="0"/>
          <w:i w:val="0"/>
          <w:color w:val="25352E"/>
          <w:sz w:val="23"/>
        </w:rPr>
        <w:t>Nếu lời mình làm người nghe sáng ra, nhẹ đi và muốn sống tốt hơn, lời ấy đã có hương của Pháp.</w:t>
      </w:r>
    </w:p>
    <w:p>
      <w:pPr>
        <w:keepLines/>
        <w:ind w:left="259" w:hanging="259"/>
      </w:pPr>
      <w:r>
        <w:rPr>
          <w:rFonts w:ascii="Aptos" w:hAnsi="Aptos" w:eastAsia="Aptos"/>
          <w:b/>
          <w:i w:val="0"/>
          <w:color w:val="B58A2A"/>
          <w:sz w:val="23"/>
        </w:rPr>
        <w:t xml:space="preserve">52. </w:t>
      </w:r>
      <w:r>
        <w:rPr>
          <w:rFonts w:ascii="Aptos" w:hAnsi="Aptos" w:eastAsia="Aptos"/>
          <w:b w:val="0"/>
          <w:i w:val="0"/>
          <w:color w:val="25352E"/>
          <w:sz w:val="23"/>
        </w:rPr>
        <w:t>Nói ít mà đúng lúc là trí; nói vui mà không làm ai tổn thương là từ; nói sâu mà người nghe hiểu được là khéo.</w:t>
      </w:r>
    </w:p>
    <w:p>
      <w:bookmarkStart w:id="6" w:name="CHAPTER_5"/>
      <w:pPr>
        <w:pStyle w:val="Heading1"/>
        <w:pageBreakBefore/>
        <w:jc w:val="center"/>
      </w:pPr>
      <w:bookmarkEnd w:id="6"/>
      <w:r>
        <w:rPr>
          <w:rFonts w:ascii="Aptos Display" w:hAnsi="Aptos Display" w:eastAsia="Aptos Display"/>
          <w:b/>
          <w:i w:val="0"/>
          <w:color w:val="2F6B4F"/>
          <w:sz w:val="38"/>
        </w:rPr>
        <w:t>Chương 5</w:t>
        <w:br/>
      </w:r>
      <w:r>
        <w:rPr>
          <w:rFonts w:ascii="Aptos Display" w:hAnsi="Aptos Display" w:eastAsia="Aptos Display"/>
          <w:b/>
          <w:i w:val="0"/>
          <w:color w:val="2F6B4F"/>
          <w:sz w:val="38"/>
        </w:rPr>
        <w:t>Khi không được thấu hiểu</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Và người khác không biết,</w:t>
              <w:br/>
            </w:r>
            <w:r>
              <w:rPr>
                <w:rFonts w:ascii="Aptos" w:hAnsi="Aptos" w:eastAsia="Aptos"/>
                <w:b/>
                <w:i w:val="0"/>
                <w:color w:val="2F6B4F"/>
                <w:sz w:val="23"/>
              </w:rPr>
              <w:t>Chúng ta đây bị hại.</w:t>
              <w:br/>
            </w:r>
            <w:r>
              <w:rPr>
                <w:rFonts w:ascii="Aptos" w:hAnsi="Aptos" w:eastAsia="Aptos"/>
                <w:b/>
                <w:i w:val="0"/>
                <w:color w:val="2F6B4F"/>
                <w:sz w:val="23"/>
              </w:rPr>
              <w:t>Chỗ ấy, ai hiểu được,</w:t>
              <w:br/>
            </w:r>
            <w:r>
              <w:rPr>
                <w:rFonts w:ascii="Aptos" w:hAnsi="Aptos" w:eastAsia="Aptos"/>
                <w:b/>
                <w:i w:val="0"/>
                <w:color w:val="2F6B4F"/>
                <w:sz w:val="23"/>
              </w:rPr>
              <w:t>Tranh luận được lắng êm.</w:t>
            </w:r>
          </w:p>
          <w:p>
            <w:pPr>
              <w:jc w:val="center"/>
            </w:pPr>
            <w:r>
              <w:rPr>
                <w:rFonts w:ascii="Aptos" w:hAnsi="Aptos" w:eastAsia="Aptos"/>
                <w:b w:val="0"/>
                <w:i/>
                <w:color w:val="66736C"/>
                <w:sz w:val="19"/>
              </w:rPr>
              <w:t>Nguồn: Kinh Pháp Cú, kệ 6, Phẩm Song Yếu - bản dịch Hòa thượng Thích Minh Châu.</w:t>
            </w:r>
          </w:p>
        </w:tc>
      </w:tr>
    </w:tbl>
    <w:p/>
    <w:p>
      <w:pPr>
        <w:keepLines/>
        <w:ind w:left="259" w:hanging="259"/>
      </w:pPr>
      <w:r>
        <w:rPr>
          <w:rFonts w:ascii="Aptos" w:hAnsi="Aptos" w:eastAsia="Aptos"/>
          <w:b/>
          <w:i w:val="0"/>
          <w:color w:val="B58A2A"/>
          <w:sz w:val="23"/>
        </w:rPr>
        <w:t xml:space="preserve">53. </w:t>
      </w:r>
      <w:r>
        <w:rPr>
          <w:rFonts w:ascii="Aptos" w:hAnsi="Aptos" w:eastAsia="Aptos"/>
          <w:b w:val="0"/>
          <w:i w:val="0"/>
          <w:color w:val="25352E"/>
          <w:sz w:val="23"/>
        </w:rPr>
        <w:t>Không được hiểu làm ta buồn; nhưng đòi tất cả mọi người phải hiểu mình sẽ làm ta kiệt sức.</w:t>
      </w:r>
    </w:p>
    <w:p>
      <w:pPr>
        <w:keepLines/>
        <w:ind w:left="259" w:hanging="259"/>
      </w:pPr>
      <w:r>
        <w:rPr>
          <w:rFonts w:ascii="Aptos" w:hAnsi="Aptos" w:eastAsia="Aptos"/>
          <w:b/>
          <w:i w:val="0"/>
          <w:color w:val="B58A2A"/>
          <w:sz w:val="23"/>
        </w:rPr>
        <w:t xml:space="preserve">54. </w:t>
      </w:r>
      <w:r>
        <w:rPr>
          <w:rFonts w:ascii="Aptos" w:hAnsi="Aptos" w:eastAsia="Aptos"/>
          <w:b w:val="0"/>
          <w:i w:val="0"/>
          <w:color w:val="25352E"/>
          <w:sz w:val="23"/>
        </w:rPr>
        <w:t>Có điều chỉ người từng đi qua mới hiểu; với người đứng ngoài, giải thích thêm chưa chắc làm khoảng cách ngắn lại.</w:t>
      </w:r>
    </w:p>
    <w:p>
      <w:pPr>
        <w:keepLines/>
        <w:ind w:left="259" w:hanging="259"/>
      </w:pPr>
      <w:r>
        <w:rPr>
          <w:rFonts w:ascii="Aptos" w:hAnsi="Aptos" w:eastAsia="Aptos"/>
          <w:b/>
          <w:i w:val="0"/>
          <w:color w:val="B58A2A"/>
          <w:sz w:val="23"/>
        </w:rPr>
        <w:t xml:space="preserve">55. </w:t>
      </w:r>
      <w:r>
        <w:rPr>
          <w:rFonts w:ascii="Aptos" w:hAnsi="Aptos" w:eastAsia="Aptos"/>
          <w:b w:val="0"/>
          <w:i w:val="0"/>
          <w:color w:val="25352E"/>
          <w:sz w:val="23"/>
        </w:rPr>
        <w:t>Đừng kể câu chuyện sâu nhất của mình cho người chỉ đang tìm một chi tiết để phán xét.</w:t>
      </w:r>
    </w:p>
    <w:p>
      <w:pPr>
        <w:keepLines/>
        <w:ind w:left="259" w:hanging="259"/>
      </w:pPr>
      <w:r>
        <w:rPr>
          <w:rFonts w:ascii="Aptos" w:hAnsi="Aptos" w:eastAsia="Aptos"/>
          <w:b/>
          <w:i w:val="0"/>
          <w:color w:val="B58A2A"/>
          <w:sz w:val="23"/>
        </w:rPr>
        <w:t xml:space="preserve">56. </w:t>
      </w:r>
      <w:r>
        <w:rPr>
          <w:rFonts w:ascii="Aptos" w:hAnsi="Aptos" w:eastAsia="Aptos"/>
          <w:b w:val="0"/>
          <w:i w:val="0"/>
          <w:color w:val="25352E"/>
          <w:sz w:val="23"/>
        </w:rPr>
        <w:t>Muốn được thấu hiểu là nhu cầu tự nhiên; biết chọn người để mở lòng là trí tuệ bảo hộ tâm.</w:t>
      </w:r>
    </w:p>
    <w:p>
      <w:pPr>
        <w:keepLines/>
        <w:ind w:left="259" w:hanging="259"/>
      </w:pPr>
      <w:r>
        <w:rPr>
          <w:rFonts w:ascii="Aptos" w:hAnsi="Aptos" w:eastAsia="Aptos"/>
          <w:b/>
          <w:i w:val="0"/>
          <w:color w:val="B58A2A"/>
          <w:sz w:val="23"/>
        </w:rPr>
        <w:t xml:space="preserve">57. </w:t>
      </w:r>
      <w:r>
        <w:rPr>
          <w:rFonts w:ascii="Aptos" w:hAnsi="Aptos" w:eastAsia="Aptos"/>
          <w:b w:val="0"/>
          <w:i w:val="0"/>
          <w:color w:val="25352E"/>
          <w:sz w:val="23"/>
        </w:rPr>
        <w:t>Khi lời giải thích phải lặp mãi mà sự tôn trọng vẫn không có, vấn đề có thể không còn nằm ở cách nói.</w:t>
      </w:r>
    </w:p>
    <w:p>
      <w:pPr>
        <w:keepLines/>
        <w:ind w:left="259" w:hanging="259"/>
      </w:pPr>
      <w:r>
        <w:rPr>
          <w:rFonts w:ascii="Aptos" w:hAnsi="Aptos" w:eastAsia="Aptos"/>
          <w:b/>
          <w:i w:val="0"/>
          <w:color w:val="B58A2A"/>
          <w:sz w:val="23"/>
        </w:rPr>
        <w:t xml:space="preserve">58. </w:t>
      </w:r>
      <w:r>
        <w:rPr>
          <w:rFonts w:ascii="Aptos" w:hAnsi="Aptos" w:eastAsia="Aptos"/>
          <w:b w:val="0"/>
          <w:i w:val="0"/>
          <w:color w:val="25352E"/>
          <w:sz w:val="23"/>
        </w:rPr>
        <w:t>Có người không hiểu vì chưa đủ trải nghiệm; có người không muốn hiểu vì hiểu rồi họ phải nhìn lại chính mình.</w:t>
      </w:r>
    </w:p>
    <w:p>
      <w:pPr>
        <w:keepLines/>
        <w:ind w:left="259" w:hanging="259"/>
      </w:pPr>
      <w:r>
        <w:rPr>
          <w:rFonts w:ascii="Aptos" w:hAnsi="Aptos" w:eastAsia="Aptos"/>
          <w:b/>
          <w:i w:val="0"/>
          <w:color w:val="B58A2A"/>
          <w:sz w:val="23"/>
        </w:rPr>
        <w:t xml:space="preserve">59. </w:t>
      </w:r>
      <w:r>
        <w:rPr>
          <w:rFonts w:ascii="Aptos" w:hAnsi="Aptos" w:eastAsia="Aptos"/>
          <w:b w:val="0"/>
          <w:i w:val="0"/>
          <w:color w:val="25352E"/>
          <w:sz w:val="23"/>
        </w:rPr>
        <w:t>Được một người hiểu đúng quý hơn được nhiều người đồng ý vội vàng.</w:t>
      </w:r>
    </w:p>
    <w:p>
      <w:pPr>
        <w:keepLines/>
        <w:ind w:left="259" w:hanging="259"/>
      </w:pPr>
      <w:r>
        <w:rPr>
          <w:rFonts w:ascii="Aptos" w:hAnsi="Aptos" w:eastAsia="Aptos"/>
          <w:b/>
          <w:i w:val="0"/>
          <w:color w:val="B58A2A"/>
          <w:sz w:val="23"/>
        </w:rPr>
        <w:t xml:space="preserve">60. </w:t>
      </w:r>
      <w:r>
        <w:rPr>
          <w:rFonts w:ascii="Aptos" w:hAnsi="Aptos" w:eastAsia="Aptos"/>
          <w:b w:val="0"/>
          <w:i w:val="0"/>
          <w:color w:val="25352E"/>
          <w:sz w:val="23"/>
        </w:rPr>
        <w:t>Ta không cần sửa mọi lời người khác nghĩ về mình; đời sống lâu dài sẽ nói phần mà lời biện minh không nói được.</w:t>
      </w:r>
    </w:p>
    <w:p>
      <w:pPr>
        <w:keepLines/>
        <w:ind w:left="259" w:hanging="259"/>
      </w:pPr>
      <w:r>
        <w:rPr>
          <w:rFonts w:ascii="Aptos" w:hAnsi="Aptos" w:eastAsia="Aptos"/>
          <w:b/>
          <w:i w:val="0"/>
          <w:color w:val="B58A2A"/>
          <w:sz w:val="23"/>
        </w:rPr>
        <w:t xml:space="preserve">61. </w:t>
      </w:r>
      <w:r>
        <w:rPr>
          <w:rFonts w:ascii="Aptos" w:hAnsi="Aptos" w:eastAsia="Aptos"/>
          <w:b w:val="0"/>
          <w:i w:val="0"/>
          <w:color w:val="25352E"/>
          <w:sz w:val="23"/>
        </w:rPr>
        <w:t>Im lặng không phải lúc nào cũng nhận sai; đôi khi là từ chối biến phẩm giá thành món hàng đem ra tranh luận.</w:t>
      </w:r>
    </w:p>
    <w:p>
      <w:pPr>
        <w:keepLines/>
        <w:ind w:left="259" w:hanging="259"/>
      </w:pPr>
      <w:r>
        <w:rPr>
          <w:rFonts w:ascii="Aptos" w:hAnsi="Aptos" w:eastAsia="Aptos"/>
          <w:b/>
          <w:i w:val="0"/>
          <w:color w:val="B58A2A"/>
          <w:sz w:val="23"/>
        </w:rPr>
        <w:t xml:space="preserve">62. </w:t>
      </w:r>
      <w:r>
        <w:rPr>
          <w:rFonts w:ascii="Aptos" w:hAnsi="Aptos" w:eastAsia="Aptos"/>
          <w:b w:val="0"/>
          <w:i w:val="0"/>
          <w:color w:val="25352E"/>
          <w:sz w:val="23"/>
        </w:rPr>
        <w:t>Hiểu nỗi đau của mình không cho ta quyền làm đau người không hiểu mình.</w:t>
      </w:r>
    </w:p>
    <w:p>
      <w:pPr>
        <w:keepLines/>
        <w:ind w:left="259" w:hanging="259"/>
      </w:pPr>
      <w:r>
        <w:rPr>
          <w:rFonts w:ascii="Aptos" w:hAnsi="Aptos" w:eastAsia="Aptos"/>
          <w:b/>
          <w:i w:val="0"/>
          <w:color w:val="B58A2A"/>
          <w:sz w:val="23"/>
        </w:rPr>
        <w:t xml:space="preserve">63. </w:t>
      </w:r>
      <w:r>
        <w:rPr>
          <w:rFonts w:ascii="Aptos" w:hAnsi="Aptos" w:eastAsia="Aptos"/>
          <w:b w:val="0"/>
          <w:i w:val="0"/>
          <w:color w:val="25352E"/>
          <w:sz w:val="23"/>
        </w:rPr>
        <w:t>Người trưởng thành tập nói rõ điều cần nói, rồi buông phần người khác có tiếp nhận hay không.</w:t>
      </w:r>
    </w:p>
    <w:p>
      <w:pPr>
        <w:keepLines/>
        <w:ind w:left="259" w:hanging="259"/>
      </w:pPr>
      <w:r>
        <w:rPr>
          <w:rFonts w:ascii="Aptos" w:hAnsi="Aptos" w:eastAsia="Aptos"/>
          <w:b/>
          <w:i w:val="0"/>
          <w:color w:val="B58A2A"/>
          <w:sz w:val="23"/>
        </w:rPr>
        <w:t xml:space="preserve">64. </w:t>
      </w:r>
      <w:r>
        <w:rPr>
          <w:rFonts w:ascii="Aptos" w:hAnsi="Aptos" w:eastAsia="Aptos"/>
          <w:b w:val="0"/>
          <w:i w:val="0"/>
          <w:color w:val="25352E"/>
          <w:sz w:val="23"/>
        </w:rPr>
        <w:t>Có lúc sự bình an bắt đầu từ câu: mình đã nói đủ, bây giờ mình trở về chăm sóc tâm mình.</w:t>
      </w:r>
    </w:p>
    <w:p>
      <w:bookmarkStart w:id="7" w:name="CHAPTER_6"/>
      <w:pPr>
        <w:pStyle w:val="Heading1"/>
        <w:pageBreakBefore/>
        <w:jc w:val="center"/>
      </w:pPr>
      <w:bookmarkEnd w:id="7"/>
      <w:r>
        <w:rPr>
          <w:rFonts w:ascii="Aptos Display" w:hAnsi="Aptos Display" w:eastAsia="Aptos Display"/>
          <w:b/>
          <w:i w:val="0"/>
          <w:color w:val="2F6B4F"/>
          <w:sz w:val="38"/>
        </w:rPr>
        <w:t>Chương 6</w:t>
        <w:br/>
      </w:r>
      <w:r>
        <w:rPr>
          <w:rFonts w:ascii="Aptos Display" w:hAnsi="Aptos Display" w:eastAsia="Aptos Display"/>
          <w:b/>
          <w:i w:val="0"/>
          <w:color w:val="2F6B4F"/>
          <w:sz w:val="38"/>
        </w:rPr>
        <w:t>Nghỉ ngơi để đi đường dài</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Không bệnh, lợi tối thắng,</w:t>
              <w:br/>
            </w:r>
            <w:r>
              <w:rPr>
                <w:rFonts w:ascii="Aptos" w:hAnsi="Aptos" w:eastAsia="Aptos"/>
                <w:b/>
                <w:i w:val="0"/>
                <w:color w:val="2F6B4F"/>
                <w:sz w:val="23"/>
              </w:rPr>
              <w:t>Biết đủ, tiền tối thắng,</w:t>
              <w:br/>
            </w:r>
            <w:r>
              <w:rPr>
                <w:rFonts w:ascii="Aptos" w:hAnsi="Aptos" w:eastAsia="Aptos"/>
                <w:b/>
                <w:i w:val="0"/>
                <w:color w:val="2F6B4F"/>
                <w:sz w:val="23"/>
              </w:rPr>
              <w:t>Thành tín đối với nhau,</w:t>
              <w:br/>
            </w:r>
            <w:r>
              <w:rPr>
                <w:rFonts w:ascii="Aptos" w:hAnsi="Aptos" w:eastAsia="Aptos"/>
                <w:b/>
                <w:i w:val="0"/>
                <w:color w:val="2F6B4F"/>
                <w:sz w:val="23"/>
              </w:rPr>
              <w:t>Là bà con tối thắng,</w:t>
              <w:br/>
            </w:r>
            <w:r>
              <w:rPr>
                <w:rFonts w:ascii="Aptos" w:hAnsi="Aptos" w:eastAsia="Aptos"/>
                <w:b/>
                <w:i w:val="0"/>
                <w:color w:val="2F6B4F"/>
                <w:sz w:val="23"/>
              </w:rPr>
              <w:t>Niết-bàn, lạc tối thắng.</w:t>
            </w:r>
          </w:p>
          <w:p>
            <w:pPr>
              <w:jc w:val="center"/>
            </w:pPr>
            <w:r>
              <w:rPr>
                <w:rFonts w:ascii="Aptos" w:hAnsi="Aptos" w:eastAsia="Aptos"/>
                <w:b w:val="0"/>
                <w:i/>
                <w:color w:val="66736C"/>
                <w:sz w:val="19"/>
              </w:rPr>
              <w:t>Nguồn: Kinh Pháp Cú, kệ 204, Phẩm An Lạc - bản dịch Hòa thượng Thích Minh Châu.</w:t>
            </w:r>
          </w:p>
        </w:tc>
      </w:tr>
    </w:tbl>
    <w:p/>
    <w:p>
      <w:pPr>
        <w:keepLines/>
        <w:ind w:left="259" w:hanging="259"/>
      </w:pPr>
      <w:r>
        <w:rPr>
          <w:rFonts w:ascii="Aptos" w:hAnsi="Aptos" w:eastAsia="Aptos"/>
          <w:b/>
          <w:i w:val="0"/>
          <w:color w:val="B58A2A"/>
          <w:sz w:val="23"/>
        </w:rPr>
        <w:t xml:space="preserve">65. </w:t>
      </w:r>
      <w:r>
        <w:rPr>
          <w:rFonts w:ascii="Aptos" w:hAnsi="Aptos" w:eastAsia="Aptos"/>
          <w:b w:val="0"/>
          <w:i w:val="0"/>
          <w:color w:val="25352E"/>
          <w:sz w:val="23"/>
        </w:rPr>
        <w:t>Mệt không phải lúc nào cũng là lười; đôi khi thân đang gửi một lá thư khẩn mà ý chí cứ từ chối đọc.</w:t>
      </w:r>
    </w:p>
    <w:p>
      <w:pPr>
        <w:keepLines/>
        <w:ind w:left="259" w:hanging="259"/>
      </w:pPr>
      <w:r>
        <w:rPr>
          <w:rFonts w:ascii="Aptos" w:hAnsi="Aptos" w:eastAsia="Aptos"/>
          <w:b/>
          <w:i w:val="0"/>
          <w:color w:val="B58A2A"/>
          <w:sz w:val="23"/>
        </w:rPr>
        <w:t xml:space="preserve">66. </w:t>
      </w:r>
      <w:r>
        <w:rPr>
          <w:rFonts w:ascii="Aptos" w:hAnsi="Aptos" w:eastAsia="Aptos"/>
          <w:b w:val="0"/>
          <w:i w:val="0"/>
          <w:color w:val="25352E"/>
          <w:sz w:val="23"/>
        </w:rPr>
        <w:t>Nghỉ sớm một đêm có thể là phần thưởng, cũng có thể là giới luật dịu dàng ta đặt ra để bảo vệ chính mình.</w:t>
      </w:r>
    </w:p>
    <w:p>
      <w:pPr>
        <w:keepLines/>
        <w:ind w:left="259" w:hanging="259"/>
      </w:pPr>
      <w:r>
        <w:rPr>
          <w:rFonts w:ascii="Aptos" w:hAnsi="Aptos" w:eastAsia="Aptos"/>
          <w:b/>
          <w:i w:val="0"/>
          <w:color w:val="B58A2A"/>
          <w:sz w:val="23"/>
        </w:rPr>
        <w:t xml:space="preserve">67. </w:t>
      </w:r>
      <w:r>
        <w:rPr>
          <w:rFonts w:ascii="Aptos" w:hAnsi="Aptos" w:eastAsia="Aptos"/>
          <w:b w:val="0"/>
          <w:i w:val="0"/>
          <w:color w:val="25352E"/>
          <w:sz w:val="23"/>
        </w:rPr>
        <w:t>Làm việc có ích không đồng nghĩa làm đến cạn; ngọn đèn muốn soi lâu phải biết giữ dầu.</w:t>
      </w:r>
    </w:p>
    <w:p>
      <w:pPr>
        <w:keepLines/>
        <w:ind w:left="259" w:hanging="259"/>
      </w:pPr>
      <w:r>
        <w:rPr>
          <w:rFonts w:ascii="Aptos" w:hAnsi="Aptos" w:eastAsia="Aptos"/>
          <w:b/>
          <w:i w:val="0"/>
          <w:color w:val="B58A2A"/>
          <w:sz w:val="23"/>
        </w:rPr>
        <w:t xml:space="preserve">68. </w:t>
      </w:r>
      <w:r>
        <w:rPr>
          <w:rFonts w:ascii="Aptos" w:hAnsi="Aptos" w:eastAsia="Aptos"/>
          <w:b w:val="0"/>
          <w:i w:val="0"/>
          <w:color w:val="25352E"/>
          <w:sz w:val="23"/>
        </w:rPr>
        <w:t>Có việc nên cố thêm một chút; có lúc cố thêm chỉ làm ngày mai phải trả giá gấp đôi.</w:t>
      </w:r>
    </w:p>
    <w:p>
      <w:pPr>
        <w:keepLines/>
        <w:ind w:left="259" w:hanging="259"/>
      </w:pPr>
      <w:r>
        <w:rPr>
          <w:rFonts w:ascii="Aptos" w:hAnsi="Aptos" w:eastAsia="Aptos"/>
          <w:b/>
          <w:i w:val="0"/>
          <w:color w:val="B58A2A"/>
          <w:sz w:val="23"/>
        </w:rPr>
        <w:t xml:space="preserve">69. </w:t>
      </w:r>
      <w:r>
        <w:rPr>
          <w:rFonts w:ascii="Aptos" w:hAnsi="Aptos" w:eastAsia="Aptos"/>
          <w:b w:val="0"/>
          <w:i w:val="0"/>
          <w:color w:val="25352E"/>
          <w:sz w:val="23"/>
        </w:rPr>
        <w:t>Đừng lấy sự kiệt sức làm bằng chứng cho lòng tận tụy.</w:t>
      </w:r>
    </w:p>
    <w:p>
      <w:pPr>
        <w:keepLines/>
        <w:ind w:left="259" w:hanging="259"/>
      </w:pPr>
      <w:r>
        <w:rPr>
          <w:rFonts w:ascii="Aptos" w:hAnsi="Aptos" w:eastAsia="Aptos"/>
          <w:b/>
          <w:i w:val="0"/>
          <w:color w:val="B58A2A"/>
          <w:sz w:val="23"/>
        </w:rPr>
        <w:t xml:space="preserve">70. </w:t>
      </w:r>
      <w:r>
        <w:rPr>
          <w:rFonts w:ascii="Aptos" w:hAnsi="Aptos" w:eastAsia="Aptos"/>
          <w:b w:val="0"/>
          <w:i w:val="0"/>
          <w:color w:val="25352E"/>
          <w:sz w:val="23"/>
        </w:rPr>
        <w:t>Thân này là chiếc thuyền chở chí nguyện; chăm thuyền không phải mê thân, mà để còn sang được bờ.</w:t>
      </w:r>
    </w:p>
    <w:p>
      <w:pPr>
        <w:keepLines/>
        <w:ind w:left="259" w:hanging="259"/>
      </w:pPr>
      <w:r>
        <w:rPr>
          <w:rFonts w:ascii="Aptos" w:hAnsi="Aptos" w:eastAsia="Aptos"/>
          <w:b/>
          <w:i w:val="0"/>
          <w:color w:val="B58A2A"/>
          <w:sz w:val="23"/>
        </w:rPr>
        <w:t xml:space="preserve">71. </w:t>
      </w:r>
      <w:r>
        <w:rPr>
          <w:rFonts w:ascii="Aptos" w:hAnsi="Aptos" w:eastAsia="Aptos"/>
          <w:b w:val="0"/>
          <w:i w:val="0"/>
          <w:color w:val="25352E"/>
          <w:sz w:val="23"/>
        </w:rPr>
        <w:t>Ngủ đủ không làm đại nguyện nhỏ đi; nó giúp người giữ nguyện bớt nóng, bớt sai và bền hơn.</w:t>
      </w:r>
    </w:p>
    <w:p>
      <w:pPr>
        <w:keepLines/>
        <w:ind w:left="259" w:hanging="259"/>
      </w:pPr>
      <w:r>
        <w:rPr>
          <w:rFonts w:ascii="Aptos" w:hAnsi="Aptos" w:eastAsia="Aptos"/>
          <w:b/>
          <w:i w:val="0"/>
          <w:color w:val="B58A2A"/>
          <w:sz w:val="23"/>
        </w:rPr>
        <w:t xml:space="preserve">72. </w:t>
      </w:r>
      <w:r>
        <w:rPr>
          <w:rFonts w:ascii="Aptos" w:hAnsi="Aptos" w:eastAsia="Aptos"/>
          <w:b w:val="0"/>
          <w:i w:val="0"/>
          <w:color w:val="25352E"/>
          <w:sz w:val="23"/>
        </w:rPr>
        <w:t>Khi mệt, ta dễ biến chuyện nhỏ thành nặng, lời bình thường thành chói và người thương thành nguyên nhân phiền não.</w:t>
      </w:r>
    </w:p>
    <w:p>
      <w:pPr>
        <w:keepLines/>
        <w:ind w:left="259" w:hanging="259"/>
      </w:pPr>
      <w:r>
        <w:rPr>
          <w:rFonts w:ascii="Aptos" w:hAnsi="Aptos" w:eastAsia="Aptos"/>
          <w:b/>
          <w:i w:val="0"/>
          <w:color w:val="B58A2A"/>
          <w:sz w:val="23"/>
        </w:rPr>
        <w:t xml:space="preserve">73. </w:t>
      </w:r>
      <w:r>
        <w:rPr>
          <w:rFonts w:ascii="Aptos" w:hAnsi="Aptos" w:eastAsia="Aptos"/>
          <w:b w:val="0"/>
          <w:i w:val="0"/>
          <w:color w:val="25352E"/>
          <w:sz w:val="23"/>
        </w:rPr>
        <w:t>Một quyết định quan trọng nên được đặt xuống qua đêm nếu tâm đang quá mỏi để nhìn cho ngay.</w:t>
      </w:r>
    </w:p>
    <w:p>
      <w:pPr>
        <w:keepLines/>
        <w:ind w:left="259" w:hanging="259"/>
      </w:pPr>
      <w:r>
        <w:rPr>
          <w:rFonts w:ascii="Aptos" w:hAnsi="Aptos" w:eastAsia="Aptos"/>
          <w:b/>
          <w:i w:val="0"/>
          <w:color w:val="B58A2A"/>
          <w:sz w:val="23"/>
        </w:rPr>
        <w:t xml:space="preserve">74. </w:t>
      </w:r>
      <w:r>
        <w:rPr>
          <w:rFonts w:ascii="Aptos" w:hAnsi="Aptos" w:eastAsia="Aptos"/>
          <w:b w:val="0"/>
          <w:i w:val="0"/>
          <w:color w:val="25352E"/>
          <w:sz w:val="23"/>
        </w:rPr>
        <w:t>Biết dừng đúng lúc là khả năng của người đi xa, không phải dấu hiệu của người bỏ cuộc.</w:t>
      </w:r>
    </w:p>
    <w:p>
      <w:pPr>
        <w:keepLines/>
        <w:ind w:left="259" w:hanging="259"/>
      </w:pPr>
      <w:r>
        <w:rPr>
          <w:rFonts w:ascii="Aptos" w:hAnsi="Aptos" w:eastAsia="Aptos"/>
          <w:b/>
          <w:i w:val="0"/>
          <w:color w:val="B58A2A"/>
          <w:sz w:val="23"/>
        </w:rPr>
        <w:t xml:space="preserve">75. </w:t>
      </w:r>
      <w:r>
        <w:rPr>
          <w:rFonts w:ascii="Aptos" w:hAnsi="Aptos" w:eastAsia="Aptos"/>
          <w:b w:val="0"/>
          <w:i w:val="0"/>
          <w:color w:val="25352E"/>
          <w:sz w:val="23"/>
        </w:rPr>
        <w:t>Đừng đợi thân đổ bệnh mới cho phép mình nghỉ; phòng hộ luôn nhẹ hơn khắc phục.</w:t>
      </w:r>
    </w:p>
    <w:p>
      <w:pPr>
        <w:keepLines/>
        <w:ind w:left="259" w:hanging="259"/>
      </w:pPr>
      <w:r>
        <w:rPr>
          <w:rFonts w:ascii="Aptos" w:hAnsi="Aptos" w:eastAsia="Aptos"/>
          <w:b/>
          <w:i w:val="0"/>
          <w:color w:val="B58A2A"/>
          <w:sz w:val="23"/>
        </w:rPr>
        <w:t xml:space="preserve">76. </w:t>
      </w:r>
      <w:r>
        <w:rPr>
          <w:rFonts w:ascii="Aptos" w:hAnsi="Aptos" w:eastAsia="Aptos"/>
          <w:b w:val="0"/>
          <w:i w:val="0"/>
          <w:color w:val="25352E"/>
          <w:sz w:val="23"/>
        </w:rPr>
        <w:t>Nghỉ ngơi có chánh niệm không phải trốn việc; đó là trở về sắp lại thân tâm trước khi tiếp tục.</w:t>
      </w:r>
    </w:p>
    <w:p>
      <w:bookmarkStart w:id="8" w:name="CHAPTER_7"/>
      <w:pPr>
        <w:pStyle w:val="Heading1"/>
        <w:pageBreakBefore/>
        <w:jc w:val="center"/>
      </w:pPr>
      <w:bookmarkEnd w:id="8"/>
      <w:r>
        <w:rPr>
          <w:rFonts w:ascii="Aptos Display" w:hAnsi="Aptos Display" w:eastAsia="Aptos Display"/>
          <w:b/>
          <w:i w:val="0"/>
          <w:color w:val="2F6B4F"/>
          <w:sz w:val="38"/>
        </w:rPr>
        <w:t>Chương 7</w:t>
        <w:br/>
      </w:r>
      <w:r>
        <w:rPr>
          <w:rFonts w:ascii="Aptos Display" w:hAnsi="Aptos Display" w:eastAsia="Aptos Display"/>
          <w:b/>
          <w:i w:val="0"/>
          <w:color w:val="2F6B4F"/>
          <w:sz w:val="38"/>
        </w:rPr>
        <w:t>Giữ nguồn năng lượng yêu thương</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Mong tất cả chúng sanh,</w:t>
              <w:br/>
            </w:r>
            <w:r>
              <w:rPr>
                <w:rFonts w:ascii="Aptos" w:hAnsi="Aptos" w:eastAsia="Aptos"/>
                <w:b/>
                <w:i w:val="0"/>
                <w:color w:val="2F6B4F"/>
                <w:sz w:val="23"/>
              </w:rPr>
              <w:t>Được an lạc, an ổn,</w:t>
              <w:br/>
            </w:r>
            <w:r>
              <w:rPr>
                <w:rFonts w:ascii="Aptos" w:hAnsi="Aptos" w:eastAsia="Aptos"/>
                <w:b/>
                <w:i w:val="0"/>
                <w:color w:val="2F6B4F"/>
                <w:sz w:val="23"/>
              </w:rPr>
              <w:t>Mong chúng chứng đạt được,</w:t>
              <w:br/>
            </w:r>
            <w:r>
              <w:rPr>
                <w:rFonts w:ascii="Aptos" w:hAnsi="Aptos" w:eastAsia="Aptos"/>
                <w:b/>
                <w:i w:val="0"/>
                <w:color w:val="2F6B4F"/>
                <w:sz w:val="23"/>
              </w:rPr>
              <w:t>Hạnh phúc và an lạc.</w:t>
            </w:r>
          </w:p>
          <w:p>
            <w:pPr>
              <w:jc w:val="center"/>
            </w:pPr>
            <w:r>
              <w:rPr>
                <w:rFonts w:ascii="Aptos" w:hAnsi="Aptos" w:eastAsia="Aptos"/>
                <w:b w:val="0"/>
                <w:i/>
                <w:color w:val="66736C"/>
                <w:sz w:val="19"/>
              </w:rPr>
              <w:t>Nguồn: Kinh Từ Bi (Karaṇīyamettā Sutta - Kinh Lòng Từ), Tiểu Bộ Kinh, Kinh Tập 1.8 - bản dịch Hòa thượng Thích Minh Châu.</w:t>
            </w:r>
          </w:p>
        </w:tc>
      </w:tr>
    </w:tbl>
    <w:p/>
    <w:p>
      <w:pPr>
        <w:keepLines/>
        <w:ind w:left="259" w:hanging="259"/>
      </w:pPr>
      <w:r>
        <w:rPr>
          <w:rFonts w:ascii="Aptos" w:hAnsi="Aptos" w:eastAsia="Aptos"/>
          <w:b/>
          <w:i w:val="0"/>
          <w:color w:val="B58A2A"/>
          <w:sz w:val="23"/>
        </w:rPr>
        <w:t xml:space="preserve">77. </w:t>
      </w:r>
      <w:r>
        <w:rPr>
          <w:rFonts w:ascii="Aptos" w:hAnsi="Aptos" w:eastAsia="Aptos"/>
          <w:b w:val="0"/>
          <w:i w:val="0"/>
          <w:color w:val="25352E"/>
          <w:sz w:val="23"/>
        </w:rPr>
        <w:t>Năng lượng yêu thương không phải lúc nào cũng đến từ lời lớn; có khi chỉ là một người chịu nghe ta nói hết câu.</w:t>
      </w:r>
    </w:p>
    <w:p>
      <w:pPr>
        <w:keepLines/>
        <w:ind w:left="259" w:hanging="259"/>
      </w:pPr>
      <w:r>
        <w:rPr>
          <w:rFonts w:ascii="Aptos" w:hAnsi="Aptos" w:eastAsia="Aptos"/>
          <w:b/>
          <w:i w:val="0"/>
          <w:color w:val="B58A2A"/>
          <w:sz w:val="23"/>
        </w:rPr>
        <w:t xml:space="preserve">78. </w:t>
      </w:r>
      <w:r>
        <w:rPr>
          <w:rFonts w:ascii="Aptos" w:hAnsi="Aptos" w:eastAsia="Aptos"/>
          <w:b w:val="0"/>
          <w:i w:val="0"/>
          <w:color w:val="25352E"/>
          <w:sz w:val="23"/>
        </w:rPr>
        <w:t>Ta có thể tiếp sức cho nhau, nhưng đừng quên nguồn sâu nhất vẫn phải được nuôi bằng giới, định và tuệ.</w:t>
      </w:r>
    </w:p>
    <w:p>
      <w:pPr>
        <w:keepLines/>
        <w:ind w:left="259" w:hanging="259"/>
      </w:pPr>
      <w:r>
        <w:rPr>
          <w:rFonts w:ascii="Aptos" w:hAnsi="Aptos" w:eastAsia="Aptos"/>
          <w:b/>
          <w:i w:val="0"/>
          <w:color w:val="B58A2A"/>
          <w:sz w:val="23"/>
        </w:rPr>
        <w:t xml:space="preserve">79. </w:t>
      </w:r>
      <w:r>
        <w:rPr>
          <w:rFonts w:ascii="Aptos" w:hAnsi="Aptos" w:eastAsia="Aptos"/>
          <w:b w:val="0"/>
          <w:i w:val="0"/>
          <w:color w:val="25352E"/>
          <w:sz w:val="23"/>
        </w:rPr>
        <w:t>Người làm ta vui là duyên lành; khả năng tự làm tâm sáng lại là tài sản phải tự vun bồi.</w:t>
      </w:r>
    </w:p>
    <w:p>
      <w:pPr>
        <w:keepLines/>
        <w:ind w:left="259" w:hanging="259"/>
      </w:pPr>
      <w:r>
        <w:rPr>
          <w:rFonts w:ascii="Aptos" w:hAnsi="Aptos" w:eastAsia="Aptos"/>
          <w:b/>
          <w:i w:val="0"/>
          <w:color w:val="B58A2A"/>
          <w:sz w:val="23"/>
        </w:rPr>
        <w:t xml:space="preserve">80. </w:t>
      </w:r>
      <w:r>
        <w:rPr>
          <w:rFonts w:ascii="Aptos" w:hAnsi="Aptos" w:eastAsia="Aptos"/>
          <w:b w:val="0"/>
          <w:i w:val="0"/>
          <w:color w:val="25352E"/>
          <w:sz w:val="23"/>
        </w:rPr>
        <w:t>Yêu thương đúng không bắt người kia luôn có mặt để chứng minh tình thương.</w:t>
      </w:r>
    </w:p>
    <w:p>
      <w:pPr>
        <w:keepLines/>
        <w:ind w:left="259" w:hanging="259"/>
      </w:pPr>
      <w:r>
        <w:rPr>
          <w:rFonts w:ascii="Aptos" w:hAnsi="Aptos" w:eastAsia="Aptos"/>
          <w:b/>
          <w:i w:val="0"/>
          <w:color w:val="B58A2A"/>
          <w:sz w:val="23"/>
        </w:rPr>
        <w:t xml:space="preserve">81. </w:t>
      </w:r>
      <w:r>
        <w:rPr>
          <w:rFonts w:ascii="Aptos" w:hAnsi="Aptos" w:eastAsia="Aptos"/>
          <w:b w:val="0"/>
          <w:i w:val="0"/>
          <w:color w:val="25352E"/>
          <w:sz w:val="23"/>
        </w:rPr>
        <w:t>Có ngày ta là người trao năng lượng; có ngày ta cần được đỡ. Biết đổi vai mà không xấu hổ là vẻ đẹp của tình thân.</w:t>
      </w:r>
    </w:p>
    <w:p>
      <w:pPr>
        <w:keepLines/>
        <w:ind w:left="259" w:hanging="259"/>
      </w:pPr>
      <w:r>
        <w:rPr>
          <w:rFonts w:ascii="Aptos" w:hAnsi="Aptos" w:eastAsia="Aptos"/>
          <w:b/>
          <w:i w:val="0"/>
          <w:color w:val="B58A2A"/>
          <w:sz w:val="23"/>
        </w:rPr>
        <w:t xml:space="preserve">82. </w:t>
      </w:r>
      <w:r>
        <w:rPr>
          <w:rFonts w:ascii="Aptos" w:hAnsi="Aptos" w:eastAsia="Aptos"/>
          <w:b w:val="0"/>
          <w:i w:val="0"/>
          <w:color w:val="25352E"/>
          <w:sz w:val="23"/>
        </w:rPr>
        <w:t>Từ tâm không chỉ hướng đến người hợp ý; nó còn giữ ta khỏi nói lời độc khi gặp người trái ý.</w:t>
      </w:r>
    </w:p>
    <w:p>
      <w:pPr>
        <w:keepLines/>
        <w:ind w:left="259" w:hanging="259"/>
      </w:pPr>
      <w:r>
        <w:rPr>
          <w:rFonts w:ascii="Aptos" w:hAnsi="Aptos" w:eastAsia="Aptos"/>
          <w:b/>
          <w:i w:val="0"/>
          <w:color w:val="B58A2A"/>
          <w:sz w:val="23"/>
        </w:rPr>
        <w:t xml:space="preserve">83. </w:t>
      </w:r>
      <w:r>
        <w:rPr>
          <w:rFonts w:ascii="Aptos" w:hAnsi="Aptos" w:eastAsia="Aptos"/>
          <w:b w:val="0"/>
          <w:i w:val="0"/>
          <w:color w:val="25352E"/>
          <w:sz w:val="23"/>
        </w:rPr>
        <w:t>Một trái tim ấm vẫn cần ranh giới; nếu không, lòng tốt dễ biến thành sự hao mòn âm thầm.</w:t>
      </w:r>
    </w:p>
    <w:p>
      <w:pPr>
        <w:keepLines/>
        <w:ind w:left="259" w:hanging="259"/>
      </w:pPr>
      <w:r>
        <w:rPr>
          <w:rFonts w:ascii="Aptos" w:hAnsi="Aptos" w:eastAsia="Aptos"/>
          <w:b/>
          <w:i w:val="0"/>
          <w:color w:val="B58A2A"/>
          <w:sz w:val="23"/>
        </w:rPr>
        <w:t xml:space="preserve">84. </w:t>
      </w:r>
      <w:r>
        <w:rPr>
          <w:rFonts w:ascii="Aptos" w:hAnsi="Aptos" w:eastAsia="Aptos"/>
          <w:b w:val="0"/>
          <w:i w:val="0"/>
          <w:color w:val="25352E"/>
          <w:sz w:val="23"/>
        </w:rPr>
        <w:t>Đừng nhận mọi cảm xúc của người khác vào lòng rồi gọi đó là từ bi; từ bi phải đi cùng tỉnh thức.</w:t>
      </w:r>
    </w:p>
    <w:p>
      <w:pPr>
        <w:keepLines/>
        <w:ind w:left="259" w:hanging="259"/>
      </w:pPr>
      <w:r>
        <w:rPr>
          <w:rFonts w:ascii="Aptos" w:hAnsi="Aptos" w:eastAsia="Aptos"/>
          <w:b/>
          <w:i w:val="0"/>
          <w:color w:val="B58A2A"/>
          <w:sz w:val="23"/>
        </w:rPr>
        <w:t xml:space="preserve">85. </w:t>
      </w:r>
      <w:r>
        <w:rPr>
          <w:rFonts w:ascii="Aptos" w:hAnsi="Aptos" w:eastAsia="Aptos"/>
          <w:b w:val="0"/>
          <w:i w:val="0"/>
          <w:color w:val="25352E"/>
          <w:sz w:val="23"/>
        </w:rPr>
        <w:t>Ta không thể rót bình an từ chiếc bình đã cạn; hãy cho mình thời gian lắng lại trước khi nâng đỡ người khác.</w:t>
      </w:r>
    </w:p>
    <w:p>
      <w:pPr>
        <w:keepLines/>
        <w:ind w:left="259" w:hanging="259"/>
      </w:pPr>
      <w:r>
        <w:rPr>
          <w:rFonts w:ascii="Aptos" w:hAnsi="Aptos" w:eastAsia="Aptos"/>
          <w:b/>
          <w:i w:val="0"/>
          <w:color w:val="B58A2A"/>
          <w:sz w:val="23"/>
        </w:rPr>
        <w:t xml:space="preserve">86. </w:t>
      </w:r>
      <w:r>
        <w:rPr>
          <w:rFonts w:ascii="Aptos" w:hAnsi="Aptos" w:eastAsia="Aptos"/>
          <w:b w:val="0"/>
          <w:i w:val="0"/>
          <w:color w:val="25352E"/>
          <w:sz w:val="23"/>
        </w:rPr>
        <w:t>Nụ cười chân thành có thể là một hình thức bố thí khi nó giúp người đối diện bớt cảm giác bị bỏ quên.</w:t>
      </w:r>
    </w:p>
    <w:p>
      <w:pPr>
        <w:keepLines/>
        <w:ind w:left="259" w:hanging="259"/>
      </w:pPr>
      <w:r>
        <w:rPr>
          <w:rFonts w:ascii="Aptos" w:hAnsi="Aptos" w:eastAsia="Aptos"/>
          <w:b/>
          <w:i w:val="0"/>
          <w:color w:val="B58A2A"/>
          <w:sz w:val="23"/>
        </w:rPr>
        <w:t xml:space="preserve">87. </w:t>
      </w:r>
      <w:r>
        <w:rPr>
          <w:rFonts w:ascii="Aptos" w:hAnsi="Aptos" w:eastAsia="Aptos"/>
          <w:b w:val="0"/>
          <w:i w:val="0"/>
          <w:color w:val="25352E"/>
          <w:sz w:val="23"/>
        </w:rPr>
        <w:t>Tình thương trưởng thành không chỉ hỏi người kia cần gì; nó còn hỏi điều mình trao có thật sự làm cả hai tốt lên không.</w:t>
      </w:r>
    </w:p>
    <w:p>
      <w:pPr>
        <w:keepLines/>
        <w:ind w:left="259" w:hanging="259"/>
      </w:pPr>
      <w:r>
        <w:rPr>
          <w:rFonts w:ascii="Aptos" w:hAnsi="Aptos" w:eastAsia="Aptos"/>
          <w:b/>
          <w:i w:val="0"/>
          <w:color w:val="B58A2A"/>
          <w:sz w:val="23"/>
        </w:rPr>
        <w:t xml:space="preserve">88. </w:t>
      </w:r>
      <w:r>
        <w:rPr>
          <w:rFonts w:ascii="Aptos" w:hAnsi="Aptos" w:eastAsia="Aptos"/>
          <w:b w:val="0"/>
          <w:i w:val="0"/>
          <w:color w:val="25352E"/>
          <w:sz w:val="23"/>
        </w:rPr>
        <w:t>Giữ lòng từ không có nghĩa giữ tất cả mọi người ở thật gần; đôi khi thương là đứng đúng khoảng cách.</w:t>
      </w:r>
    </w:p>
    <w:p>
      <w:bookmarkStart w:id="9" w:name="CHAPTER_8"/>
      <w:pPr>
        <w:pStyle w:val="Heading1"/>
        <w:pageBreakBefore/>
        <w:jc w:val="center"/>
      </w:pPr>
      <w:bookmarkEnd w:id="9"/>
      <w:r>
        <w:rPr>
          <w:rFonts w:ascii="Aptos Display" w:hAnsi="Aptos Display" w:eastAsia="Aptos Display"/>
          <w:b/>
          <w:i w:val="0"/>
          <w:color w:val="2F6B4F"/>
          <w:sz w:val="38"/>
        </w:rPr>
        <w:t>Chương 8</w:t>
        <w:br/>
      </w:r>
      <w:r>
        <w:rPr>
          <w:rFonts w:ascii="Aptos Display" w:hAnsi="Aptos Display" w:eastAsia="Aptos Display"/>
          <w:b/>
          <w:i w:val="0"/>
          <w:color w:val="2F6B4F"/>
          <w:sz w:val="38"/>
        </w:rPr>
        <w:t>Trở về với đại nguyện</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Khi xúc chạm việc đời,</w:t>
              <w:br/>
            </w:r>
            <w:r>
              <w:rPr>
                <w:rFonts w:ascii="Aptos" w:hAnsi="Aptos" w:eastAsia="Aptos"/>
                <w:b/>
                <w:i w:val="0"/>
                <w:color w:val="2F6B4F"/>
                <w:sz w:val="23"/>
              </w:rPr>
              <w:t>Tâm không động, không sầu,</w:t>
              <w:br/>
            </w:r>
            <w:r>
              <w:rPr>
                <w:rFonts w:ascii="Aptos" w:hAnsi="Aptos" w:eastAsia="Aptos"/>
                <w:b/>
                <w:i w:val="0"/>
                <w:color w:val="2F6B4F"/>
                <w:sz w:val="23"/>
              </w:rPr>
              <w:t>Tự tại và vô nhiễm,</w:t>
              <w:br/>
            </w:r>
            <w:r>
              <w:rPr>
                <w:rFonts w:ascii="Aptos" w:hAnsi="Aptos" w:eastAsia="Aptos"/>
                <w:b/>
                <w:i w:val="0"/>
                <w:color w:val="2F6B4F"/>
                <w:sz w:val="23"/>
              </w:rPr>
              <w:t>Là điềm lành tối thượng.</w:t>
            </w:r>
          </w:p>
          <w:p>
            <w:pPr>
              <w:jc w:val="center"/>
            </w:pPr>
            <w:r>
              <w:rPr>
                <w:rFonts w:ascii="Aptos" w:hAnsi="Aptos" w:eastAsia="Aptos"/>
                <w:b w:val="0"/>
                <w:i/>
                <w:color w:val="66736C"/>
                <w:sz w:val="19"/>
              </w:rPr>
              <w:t>Nguồn: Kinh Phước Đức (Maṅgala Sutta - Kinh Điềm Lành), Tiểu Bộ Kinh, Kinh Tập 2.4 - bản dịch Hòa thượng Thích Minh Châu.</w:t>
            </w:r>
          </w:p>
        </w:tc>
      </w:tr>
    </w:tbl>
    <w:p/>
    <w:p>
      <w:pPr>
        <w:keepLines/>
        <w:ind w:left="259" w:hanging="259"/>
      </w:pPr>
      <w:r>
        <w:rPr>
          <w:rFonts w:ascii="Aptos" w:hAnsi="Aptos" w:eastAsia="Aptos"/>
          <w:b/>
          <w:i w:val="0"/>
          <w:color w:val="B58A2A"/>
          <w:sz w:val="23"/>
        </w:rPr>
        <w:t xml:space="preserve">89. </w:t>
      </w:r>
      <w:r>
        <w:rPr>
          <w:rFonts w:ascii="Aptos" w:hAnsi="Aptos" w:eastAsia="Aptos"/>
          <w:b w:val="0"/>
          <w:i w:val="0"/>
          <w:color w:val="25352E"/>
          <w:sz w:val="23"/>
        </w:rPr>
        <w:t>Khi lòng trống, đừng chỉ tìm người lấp chỗ trống; hãy trở lại việc mình sinh ra để phụng sự.</w:t>
      </w:r>
    </w:p>
    <w:p>
      <w:pPr>
        <w:keepLines/>
        <w:ind w:left="259" w:hanging="259"/>
      </w:pPr>
      <w:r>
        <w:rPr>
          <w:rFonts w:ascii="Aptos" w:hAnsi="Aptos" w:eastAsia="Aptos"/>
          <w:b/>
          <w:i w:val="0"/>
          <w:color w:val="B58A2A"/>
          <w:sz w:val="23"/>
        </w:rPr>
        <w:t xml:space="preserve">90. </w:t>
      </w:r>
      <w:r>
        <w:rPr>
          <w:rFonts w:ascii="Aptos" w:hAnsi="Aptos" w:eastAsia="Aptos"/>
          <w:b w:val="0"/>
          <w:i w:val="0"/>
          <w:color w:val="25352E"/>
          <w:sz w:val="23"/>
        </w:rPr>
        <w:t>Đại nguyện không xóa hết nỗi buồn, nhưng cho nỗi buồn một bầu trời rộng hơn để nó không che kín đời ta.</w:t>
      </w:r>
    </w:p>
    <w:p>
      <w:pPr>
        <w:keepLines/>
        <w:ind w:left="259" w:hanging="259"/>
      </w:pPr>
      <w:r>
        <w:rPr>
          <w:rFonts w:ascii="Aptos" w:hAnsi="Aptos" w:eastAsia="Aptos"/>
          <w:b/>
          <w:i w:val="0"/>
          <w:color w:val="B58A2A"/>
          <w:sz w:val="23"/>
        </w:rPr>
        <w:t xml:space="preserve">91. </w:t>
      </w:r>
      <w:r>
        <w:rPr>
          <w:rFonts w:ascii="Aptos" w:hAnsi="Aptos" w:eastAsia="Aptos"/>
          <w:b w:val="0"/>
          <w:i w:val="0"/>
          <w:color w:val="25352E"/>
          <w:sz w:val="23"/>
        </w:rPr>
        <w:t>Có lúc ta mất một vòng người để tìm lại đúng con đường.</w:t>
      </w:r>
    </w:p>
    <w:p>
      <w:pPr>
        <w:keepLines/>
        <w:ind w:left="259" w:hanging="259"/>
      </w:pPr>
      <w:r>
        <w:rPr>
          <w:rFonts w:ascii="Aptos" w:hAnsi="Aptos" w:eastAsia="Aptos"/>
          <w:b/>
          <w:i w:val="0"/>
          <w:color w:val="B58A2A"/>
          <w:sz w:val="23"/>
        </w:rPr>
        <w:t xml:space="preserve">92. </w:t>
      </w:r>
      <w:r>
        <w:rPr>
          <w:rFonts w:ascii="Aptos" w:hAnsi="Aptos" w:eastAsia="Aptos"/>
          <w:b w:val="0"/>
          <w:i w:val="0"/>
          <w:color w:val="25352E"/>
          <w:sz w:val="23"/>
        </w:rPr>
        <w:t>Khi tiếng khen ít đi, chí nguyện mới có cơ hội chứng minh nó đứng trên điều gì.</w:t>
      </w:r>
    </w:p>
    <w:p>
      <w:pPr>
        <w:keepLines/>
        <w:ind w:left="259" w:hanging="259"/>
      </w:pPr>
      <w:r>
        <w:rPr>
          <w:rFonts w:ascii="Aptos" w:hAnsi="Aptos" w:eastAsia="Aptos"/>
          <w:b/>
          <w:i w:val="0"/>
          <w:color w:val="B58A2A"/>
          <w:sz w:val="23"/>
        </w:rPr>
        <w:t xml:space="preserve">93. </w:t>
      </w:r>
      <w:r>
        <w:rPr>
          <w:rFonts w:ascii="Aptos" w:hAnsi="Aptos" w:eastAsia="Aptos"/>
          <w:b w:val="0"/>
          <w:i w:val="0"/>
          <w:color w:val="25352E"/>
          <w:sz w:val="23"/>
        </w:rPr>
        <w:t>Làm một việc có lợi cho người không phải cách chạy trốn cảm xúc; đó có thể là cách chuyển cảm xúc thành công đức.</w:t>
      </w:r>
    </w:p>
    <w:p>
      <w:pPr>
        <w:keepLines/>
        <w:ind w:left="259" w:hanging="259"/>
      </w:pPr>
      <w:r>
        <w:rPr>
          <w:rFonts w:ascii="Aptos" w:hAnsi="Aptos" w:eastAsia="Aptos"/>
          <w:b/>
          <w:i w:val="0"/>
          <w:color w:val="B58A2A"/>
          <w:sz w:val="23"/>
        </w:rPr>
        <w:t xml:space="preserve">94. </w:t>
      </w:r>
      <w:r>
        <w:rPr>
          <w:rFonts w:ascii="Aptos" w:hAnsi="Aptos" w:eastAsia="Aptos"/>
          <w:b w:val="0"/>
          <w:i w:val="0"/>
          <w:color w:val="25352E"/>
          <w:sz w:val="23"/>
        </w:rPr>
        <w:t>Mỗi lời tâm sự được chưng cất thành một câu có ích là một lần nỗi buồn không bị tiêu phí.</w:t>
      </w:r>
    </w:p>
    <w:p>
      <w:pPr>
        <w:keepLines/>
        <w:ind w:left="259" w:hanging="259"/>
      </w:pPr>
      <w:r>
        <w:rPr>
          <w:rFonts w:ascii="Aptos" w:hAnsi="Aptos" w:eastAsia="Aptos"/>
          <w:b/>
          <w:i w:val="0"/>
          <w:color w:val="B58A2A"/>
          <w:sz w:val="23"/>
        </w:rPr>
        <w:t xml:space="preserve">95. </w:t>
      </w:r>
      <w:r>
        <w:rPr>
          <w:rFonts w:ascii="Aptos" w:hAnsi="Aptos" w:eastAsia="Aptos"/>
          <w:b w:val="0"/>
          <w:i w:val="0"/>
          <w:color w:val="25352E"/>
          <w:sz w:val="23"/>
        </w:rPr>
        <w:t>Một trải nghiệm riêng khi được soi bằng Pháp có thể trở thành chiếc đèn chung cho nhiều người.</w:t>
      </w:r>
    </w:p>
    <w:p>
      <w:pPr>
        <w:keepLines/>
        <w:ind w:left="259" w:hanging="259"/>
      </w:pPr>
      <w:r>
        <w:rPr>
          <w:rFonts w:ascii="Aptos" w:hAnsi="Aptos" w:eastAsia="Aptos"/>
          <w:b/>
          <w:i w:val="0"/>
          <w:color w:val="B58A2A"/>
          <w:sz w:val="23"/>
        </w:rPr>
        <w:t xml:space="preserve">96. </w:t>
      </w:r>
      <w:r>
        <w:rPr>
          <w:rFonts w:ascii="Aptos" w:hAnsi="Aptos" w:eastAsia="Aptos"/>
          <w:b w:val="0"/>
          <w:i w:val="0"/>
          <w:color w:val="25352E"/>
          <w:sz w:val="23"/>
        </w:rPr>
        <w:t>Đừng vội gọi quãng lặng là vô ích; đất nghỉ một mùa có thể đang gom sức cho vụ gieo mới.</w:t>
      </w:r>
    </w:p>
    <w:p>
      <w:pPr>
        <w:keepLines/>
        <w:ind w:left="259" w:hanging="259"/>
      </w:pPr>
      <w:r>
        <w:rPr>
          <w:rFonts w:ascii="Aptos" w:hAnsi="Aptos" w:eastAsia="Aptos"/>
          <w:b/>
          <w:i w:val="0"/>
          <w:color w:val="B58A2A"/>
          <w:sz w:val="23"/>
        </w:rPr>
        <w:t xml:space="preserve">97. </w:t>
      </w:r>
      <w:r>
        <w:rPr>
          <w:rFonts w:ascii="Aptos" w:hAnsi="Aptos" w:eastAsia="Aptos"/>
          <w:b w:val="0"/>
          <w:i w:val="0"/>
          <w:color w:val="25352E"/>
          <w:sz w:val="23"/>
        </w:rPr>
        <w:t>Người giữ nguyện không cần ngày nào cũng mạnh; họ chỉ cần sau mỗi lần yếu lại nhớ đường quay về.</w:t>
      </w:r>
    </w:p>
    <w:p>
      <w:pPr>
        <w:keepLines/>
        <w:ind w:left="259" w:hanging="259"/>
      </w:pPr>
      <w:r>
        <w:rPr>
          <w:rFonts w:ascii="Aptos" w:hAnsi="Aptos" w:eastAsia="Aptos"/>
          <w:b/>
          <w:i w:val="0"/>
          <w:color w:val="B58A2A"/>
          <w:sz w:val="23"/>
        </w:rPr>
        <w:t xml:space="preserve">98. </w:t>
      </w:r>
      <w:r>
        <w:rPr>
          <w:rFonts w:ascii="Aptos" w:hAnsi="Aptos" w:eastAsia="Aptos"/>
          <w:b w:val="0"/>
          <w:i w:val="0"/>
          <w:color w:val="25352E"/>
          <w:sz w:val="23"/>
        </w:rPr>
        <w:t>Chí nguyện lớn được bảo vệ bằng những việc nhỏ: ngủ đúng lúc, nói lời lành, đọc một đoạn kinh và hoàn thành một việc hôm nay.</w:t>
      </w:r>
    </w:p>
    <w:p>
      <w:pPr>
        <w:keepLines/>
        <w:ind w:left="259" w:hanging="259"/>
      </w:pPr>
      <w:r>
        <w:rPr>
          <w:rFonts w:ascii="Aptos" w:hAnsi="Aptos" w:eastAsia="Aptos"/>
          <w:b/>
          <w:i w:val="0"/>
          <w:color w:val="B58A2A"/>
          <w:sz w:val="23"/>
        </w:rPr>
        <w:t xml:space="preserve">99. </w:t>
      </w:r>
      <w:r>
        <w:rPr>
          <w:rFonts w:ascii="Aptos" w:hAnsi="Aptos" w:eastAsia="Aptos"/>
          <w:b w:val="0"/>
          <w:i w:val="0"/>
          <w:color w:val="25352E"/>
          <w:sz w:val="23"/>
        </w:rPr>
        <w:t>Ta không cần chờ hết buồn mới phụng sự; đôi khi chính sự phụng sự chân chánh làm nỗi buồn đổi hình.</w:t>
      </w:r>
    </w:p>
    <w:p>
      <w:pPr>
        <w:keepLines/>
        <w:ind w:left="259" w:hanging="259"/>
      </w:pPr>
      <w:r>
        <w:rPr>
          <w:rFonts w:ascii="Aptos" w:hAnsi="Aptos" w:eastAsia="Aptos"/>
          <w:b/>
          <w:i w:val="0"/>
          <w:color w:val="B58A2A"/>
          <w:sz w:val="23"/>
        </w:rPr>
        <w:t xml:space="preserve">100. </w:t>
      </w:r>
      <w:r>
        <w:rPr>
          <w:rFonts w:ascii="Aptos" w:hAnsi="Aptos" w:eastAsia="Aptos"/>
          <w:b w:val="0"/>
          <w:i w:val="0"/>
          <w:color w:val="25352E"/>
          <w:sz w:val="23"/>
        </w:rPr>
        <w:t>Khi những điều đã trải qua trở thành sách, bài giảng và sự nâng đỡ cho người khác, thời gian đau đã sinh hoa.</w:t>
      </w:r>
    </w:p>
    <w:p>
      <w:r>
        <w:br w:type="page"/>
      </w:r>
    </w:p>
    <w:p>
      <w:bookmarkStart w:id="20" w:name="CLOSING"/>
      <w:pPr>
        <w:pStyle w:val="Heading1"/>
        <w:jc w:val="center"/>
      </w:pPr>
      <w:bookmarkEnd w:id="20"/>
      <w:r>
        <w:rPr>
          <w:rFonts w:ascii="Aptos Display" w:hAnsi="Aptos Display" w:eastAsia="Aptos Display"/>
          <w:b/>
          <w:i w:val="0"/>
          <w:color w:val="2F6B4F"/>
          <w:sz w:val="38"/>
        </w:rPr>
        <w:t>LỜI KẾT</w:t>
        <w:br/>
      </w:r>
      <w:r>
        <w:rPr>
          <w:rFonts w:ascii="Aptos Display" w:hAnsi="Aptos Display" w:eastAsia="Aptos Display"/>
          <w:b/>
          <w:i w:val="0"/>
          <w:color w:val="2F6B4F"/>
          <w:sz w:val="38"/>
        </w:rPr>
        <w:t>CÓ PHÁP LÀM BẠN, ĐƯỜNG XA HÓA GẦN</w:t>
      </w:r>
    </w:p>
    <w:p>
      <w:r>
        <w:rPr>
          <w:rFonts w:ascii="Aptos" w:hAnsi="Aptos" w:eastAsia="Aptos"/>
          <w:b w:val="0"/>
          <w:i w:val="0"/>
          <w:color w:val="25352E"/>
          <w:sz w:val="23"/>
        </w:rPr>
        <w:t>Một mình không đáng sợ bằng đánh mất phương hướng. Khi biết nương tựa nơi chính mình, thân cận bạn lành, giữ lời nói có ích và nuôi tâm từ, sự vắng lặng có thể trở thành khoảng đất cho trí tuệ mọc lên.</w:t>
      </w:r>
    </w:p>
    <w:p>
      <w:r>
        <w:rPr>
          <w:rFonts w:ascii="Aptos" w:hAnsi="Aptos" w:eastAsia="Aptos"/>
          <w:b w:val="0"/>
          <w:i w:val="0"/>
          <w:color w:val="25352E"/>
          <w:sz w:val="23"/>
        </w:rPr>
        <w:t>Đại nguyện không làm ta hết mệt hay hết buồn trong một sớm; đại nguyện chỉ nhắc rằng mỗi cảm xúc đều có thể được chuyển thành hiểu biết, mỗi lời tâm sự đều có thể thành lợi ích, và mỗi ngày trở về là một ngày chưa lạc đường.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Display" w:hAnsi="Aptos Display" w:eastAsia="Aptos Display"/>
                <w:b/>
                <w:i w:val="0"/>
                <w:color w:val="2F6B4F"/>
                <w:sz w:val="26"/>
              </w:rPr>
              <w:t>Một mình mà tâm không lạc.</w:t>
            </w:r>
          </w:p>
          <w:p>
            <w:pPr>
              <w:jc w:val="center"/>
            </w:pPr>
            <w:r>
              <w:rPr>
                <w:rFonts w:ascii="Aptos Display" w:hAnsi="Aptos Display" w:eastAsia="Aptos Display"/>
                <w:b/>
                <w:i w:val="0"/>
                <w:color w:val="2F6B4F"/>
                <w:sz w:val="26"/>
              </w:rPr>
              <w:t>Mệt rồi biết trở về.</w:t>
            </w:r>
          </w:p>
          <w:p>
            <w:pPr>
              <w:jc w:val="center"/>
            </w:pPr>
            <w:r>
              <w:rPr>
                <w:rFonts w:ascii="Aptos Display" w:hAnsi="Aptos Display" w:eastAsia="Aptos Display"/>
                <w:b/>
                <w:i w:val="0"/>
                <w:color w:val="2F6B4F"/>
                <w:sz w:val="26"/>
              </w:rPr>
              <w:t>Có Pháp làm bạn, có nguyện dẫn đường.</w:t>
            </w:r>
          </w:p>
          <w:p>
            <w:pPr>
              <w:jc w:val="center"/>
            </w:pPr>
            <w:r>
              <w:rPr>
                <w:rFonts w:ascii="Aptos Display" w:hAnsi="Aptos Display" w:eastAsia="Aptos Display"/>
                <w:b/>
                <w:i w:val="0"/>
                <w:color w:val="C95B7C"/>
                <w:sz w:val="28"/>
              </w:rPr>
              <w:t>Và từ khoảng lặng, lại sinh ra năng lượng yêu thương.</w:t>
            </w:r>
          </w:p>
        </w:tc>
      </w:tr>
    </w:tbl>
    <w:p>
      <w:pPr>
        <w:jc w:val="center"/>
      </w:pPr>
      <w:r>
        <w:rPr>
          <w:rFonts w:ascii="Aptos Display" w:hAnsi="Aptos Display" w:eastAsia="Aptos Display"/>
          <w:b/>
          <w:i w:val="0"/>
          <w:color w:val="B58A2A"/>
          <w:sz w:val="22"/>
        </w:rPr>
        <w:t>NAM MÔ BỔN SƯ THÍCH CA MÂU NI PHẬT</w:t>
      </w:r>
    </w:p>
    <w:sectPr w:rsidR="00FC693F" w:rsidRPr="0006063C" w:rsidSect="00034616">
      <w:headerReference w:type="default" r:id="rId9"/>
      <w:footerReference w:type="default" r:id="rId10"/>
      <w:pgSz w:w="12240" w:h="15840"/>
      <w:pgMar w:top="1224" w:right="1296" w:bottom="1080" w:left="1296"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eastAsia="Aptos"/>
        <w:b w:val="0"/>
        <w:i w:val="0"/>
        <w:color w:val="66736C"/>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eastAsia="Aptos"/>
        <w:b/>
        <w:i w:val="0"/>
        <w:color w:val="66736C"/>
        <w:sz w:val="17"/>
      </w:rPr>
      <w:t>MỘT MÌNH MÀ KHÔNG LẺ LOI  •  THÍCH NỮ DIỆU 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auto"/>
      <w:jc w:val="both"/>
    </w:pPr>
    <w:rPr>
      <w:rFonts w:ascii="Aptos" w:hAnsi="Aptos"/>
      <w:color w:val="25352E"/>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Aptos Display" w:hAnsi="Aptos Display"/>
      <w:b/>
      <w:bCs/>
      <w:color w:val="2F6B4F"/>
      <w:sz w:val="38"/>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Aptos Display" w:hAnsi="Aptos Display"/>
      <w:b/>
      <w:bCs/>
      <w:color w:val="B58A2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Một mình mà không lẻ loi - 100 câu tâm đắc - Tập V</dc:title>
  <dc:subject>Cô đơn, bạn lành và đại nguyện</dc:subject>
  <dc:creator>Thích Nữ Diệu An</dc:creator>
  <cp:keywords/>
  <dc:description>generated by python-docx</dc:description>
  <cp:lastModifiedBy/>
  <cp:revision>1</cp:revision>
  <dcterms:created xsi:type="dcterms:W3CDTF">2013-12-23T23:15:00Z</dcterms:created>
  <dcterms:modified xsi:type="dcterms:W3CDTF">2013-12-23T23:15:00Z</dcterms:modified>
  <cp:category/>
</cp:coreProperties>
</file>