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Aptos Display" w:hAnsi="Aptos Display" w:eastAsia="Aptos Display"/>
          <w:b/>
          <w:i w:val="0"/>
          <w:color w:val="2F6B4F"/>
          <w:sz w:val="56"/>
        </w:rPr>
        <w:t>MỆT THÌ NGHỈ,</w:t>
        <w:br/>
      </w:r>
      <w:r>
        <w:rPr>
          <w:rFonts w:ascii="Aptos Display" w:hAnsi="Aptos Display" w:eastAsia="Aptos Display"/>
          <w:b/>
          <w:i w:val="0"/>
          <w:color w:val="2F6B4F"/>
          <w:sz w:val="56"/>
        </w:rPr>
        <w:t>ĐỪNG BỎ CUỘC</w:t>
      </w:r>
    </w:p>
    <w:p>
      <w:pPr>
        <w:jc w:val="center"/>
      </w:pPr>
      <w:r>
        <w:rPr>
          <w:rFonts w:ascii="Aptos Display" w:hAnsi="Aptos Display" w:eastAsia="Aptos Display"/>
          <w:b/>
          <w:i w:val="0"/>
          <w:color w:val="B58A2A"/>
          <w:sz w:val="30"/>
        </w:rPr>
        <w:t>100 CÂU TÂM ĐẮC VỀ NGHỈ NGƠI,</w:t>
        <w:br/>
      </w:r>
      <w:r>
        <w:rPr>
          <w:rFonts w:ascii="Aptos Display" w:hAnsi="Aptos Display" w:eastAsia="Aptos Display"/>
          <w:b/>
          <w:i w:val="0"/>
          <w:color w:val="B58A2A"/>
          <w:sz w:val="30"/>
        </w:rPr>
        <w:t>HỒI PHỤC VÀ TINH TẤN</w:t>
      </w:r>
    </w:p>
    <w:p>
      <w:pPr>
        <w:spacing w:before="480"/>
        <w:jc w:val="center"/>
      </w:pPr>
      <w:r>
        <w:rPr>
          <w:rFonts w:ascii="Aptos Display" w:hAnsi="Aptos Display" w:eastAsia="Aptos Display"/>
          <w:b/>
          <w:i w:val="0"/>
          <w:color w:val="C95B7C"/>
          <w:sz w:val="28"/>
        </w:rPr>
        <w:t>Thích Nữ Diệu An</w:t>
      </w:r>
    </w:p>
    <w:p>
      <w:pPr>
        <w:jc w:val="center"/>
      </w:pPr>
      <w:r>
        <w:rPr>
          <w:rFonts w:ascii="Aptos" w:hAnsi="Aptos" w:eastAsia="Aptos"/>
          <w:b w:val="0"/>
          <w:i/>
          <w:color w:val="66736C"/>
          <w:sz w:val="21"/>
        </w:rPr>
        <w:t>Biên soạn và chia sẻ</w:t>
      </w:r>
    </w:p>
    <w:p/>
    <w:p/>
    <w:p/>
    <w:p/>
    <w:p/>
    <w:p/>
    <w:p>
      <w:pPr>
        <w:jc w:val="center"/>
      </w:pPr>
      <w:r>
        <w:rPr>
          <w:rFonts w:ascii="Aptos Display" w:hAnsi="Aptos Display" w:eastAsia="Aptos Display"/>
          <w:b/>
          <w:i w:val="0"/>
          <w:color w:val="2F6B4F"/>
          <w:sz w:val="22"/>
        </w:rPr>
        <w:t>TẬP IX</w:t>
      </w:r>
    </w:p>
    <w:p>
      <w:r>
        <w:br w:type="page"/>
      </w:r>
    </w:p>
    <w:p>
      <w:pPr>
        <w:pStyle w:val="Heading1"/>
        <w:jc w:val="center"/>
      </w:pPr>
      <w:r>
        <w:t>LƯU Ý VỀ NGUỒN TRÍCH DẪN</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r/>
            <w:r>
              <w:rPr>
                <w:rFonts w:ascii="Aptos" w:hAnsi="Aptos" w:eastAsia="Aptos"/>
                <w:b w:val="0"/>
                <w:i w:val="0"/>
                <w:color w:val="25352E"/>
                <w:sz w:val="22"/>
              </w:rPr>
              <w:t>Các đoạn đặt dưới nhan đề “Lời kinh soi sáng” là lời kinh được trích dẫn và ghi nguồn ngay tại chỗ. Các câu tâm đắc và phần chiêm nghiệm trong sách là lời biên soạn, không phải nguyên văn lời Phật.</w:t>
            </w:r>
          </w:p>
        </w:tc>
      </w:tr>
    </w:tbl>
    <w:p>
      <w:pPr>
        <w:pStyle w:val="Heading1"/>
        <w:jc w:val="center"/>
      </w:pPr>
      <w:r>
        <w:t>LỜI NGỎ</w:t>
      </w:r>
    </w:p>
    <w:p>
      <w:r>
        <w:rPr>
          <w:rFonts w:ascii="Aptos" w:hAnsi="Aptos" w:eastAsia="Aptos"/>
          <w:b w:val="0"/>
          <w:i w:val="0"/>
          <w:color w:val="25352E"/>
          <w:sz w:val="23"/>
        </w:rPr>
        <w:t>Có những ngày thân mỏi, tâm chùng và một việc rất nhỏ cũng trở nên nặng. Khi ấy, điều cần thiết không phải một lời quở trách, mà là biết mình đang mệt, nghỉ cho đúng và giữ sợi chỉ nối với con đường.</w:t>
      </w:r>
    </w:p>
    <w:p>
      <w:r>
        <w:rPr>
          <w:rFonts w:ascii="Aptos" w:hAnsi="Aptos" w:eastAsia="Aptos"/>
          <w:b w:val="0"/>
          <w:i w:val="0"/>
          <w:color w:val="25352E"/>
          <w:sz w:val="23"/>
        </w:rPr>
        <w:t>Tập IX phân biệt nghỉ ngơi với buông xuôi, tinh tấn với ép xác; dẫn người đọc từ nhận biết kiệt sức, hồi phục từng chút, làm lại từ việc nhỏ đến nương bạn lành và trở về với đại nguyện.</w:t>
      </w:r>
    </w:p>
    <w:p>
      <w:r>
        <w:rPr>
          <w:rFonts w:ascii="Aptos" w:hAnsi="Aptos" w:eastAsia="Aptos"/>
          <w:b w:val="0"/>
          <w:i w:val="0"/>
          <w:color w:val="25352E"/>
          <w:sz w:val="23"/>
        </w:rPr>
        <w:t>Mong những câu tâm đắc này trở thành một bàn tay dịu cho người đang mệt: không bắt họ phải mạnh ngay, nhưng cũng không để họ quên rằng phía sau khoảng nghỉ vẫn còn một con đường đáng bước.</w:t>
      </w:r>
    </w:p>
    <w:p>
      <w:r>
        <w:br w:type="page"/>
      </w:r>
    </w:p>
    <w:p>
      <w:bookmarkStart w:id="1" w:name="TOC"/>
      <w:pPr>
        <w:pStyle w:val="Heading1"/>
        <w:jc w:val="center"/>
      </w:pPr>
      <w:r>
        <w:t>MỤC LỤC</w:t>
      </w:r>
      <w:bookmarkEnd w:id="1"/>
    </w:p>
    <w:p>
      <w:pPr>
        <w:ind w:left="360"/>
      </w:pPr>
      <w:hyperlink w:anchor="CHAPTER_1" w:history="1">
        <w:r>
          <w:rPr>
            <w:color w:val="2F6B4F"/>
            <w:u w:val="single"/>
            <w:b/>
            <w:sz w:val="23"/>
          </w:rPr>
          <w:t>Chương 1. Nhận biết mình đang mệt</w:t>
        </w:r>
      </w:hyperlink>
    </w:p>
    <w:p>
      <w:pPr>
        <w:ind w:left="360"/>
      </w:pPr>
      <w:hyperlink w:anchor="CHAPTER_2" w:history="1">
        <w:r>
          <w:rPr>
            <w:color w:val="2F6B4F"/>
            <w:u w:val="single"/>
            <w:b/>
            <w:sz w:val="23"/>
          </w:rPr>
          <w:t>Chương 2. Nghỉ đúng cách</w:t>
        </w:r>
      </w:hyperlink>
    </w:p>
    <w:p>
      <w:pPr>
        <w:ind w:left="360"/>
      </w:pPr>
      <w:hyperlink w:anchor="CHAPTER_3" w:history="1">
        <w:r>
          <w:rPr>
            <w:color w:val="2F6B4F"/>
            <w:u w:val="single"/>
            <w:b/>
            <w:sz w:val="23"/>
          </w:rPr>
          <w:t>Chương 3. Không dùng cố gắng để tự làm đau</w:t>
        </w:r>
      </w:hyperlink>
    </w:p>
    <w:p>
      <w:pPr>
        <w:ind w:left="360"/>
      </w:pPr>
      <w:hyperlink w:anchor="CHAPTER_4" w:history="1">
        <w:r>
          <w:rPr>
            <w:color w:val="2F6B4F"/>
            <w:u w:val="single"/>
            <w:b/>
            <w:sz w:val="23"/>
          </w:rPr>
          <w:t>Chương 4. Hồi phục từng chút một</w:t>
        </w:r>
      </w:hyperlink>
    </w:p>
    <w:p>
      <w:pPr>
        <w:ind w:left="360"/>
      </w:pPr>
      <w:hyperlink w:anchor="CHAPTER_5" w:history="1">
        <w:r>
          <w:rPr>
            <w:color w:val="2F6B4F"/>
            <w:u w:val="single"/>
            <w:b/>
            <w:sz w:val="23"/>
          </w:rPr>
          <w:t>Chương 5. Làm lại từ việc nhỏ</w:t>
        </w:r>
      </w:hyperlink>
    </w:p>
    <w:p>
      <w:pPr>
        <w:ind w:left="360"/>
      </w:pPr>
      <w:hyperlink w:anchor="CHAPTER_6" w:history="1">
        <w:r>
          <w:rPr>
            <w:color w:val="2F6B4F"/>
            <w:u w:val="single"/>
            <w:b/>
            <w:sz w:val="23"/>
          </w:rPr>
          <w:t>Chương 6. Nương bạn lành khi kiệt sức</w:t>
        </w:r>
      </w:hyperlink>
    </w:p>
    <w:p>
      <w:pPr>
        <w:ind w:left="360"/>
      </w:pPr>
      <w:hyperlink w:anchor="CHAPTER_7" w:history="1">
        <w:r>
          <w:rPr>
            <w:color w:val="2F6B4F"/>
            <w:u w:val="single"/>
            <w:b/>
            <w:sz w:val="23"/>
          </w:rPr>
          <w:t>Chương 7. Tinh tấn không cực đoan</w:t>
        </w:r>
      </w:hyperlink>
    </w:p>
    <w:p>
      <w:pPr>
        <w:ind w:left="360"/>
      </w:pPr>
      <w:hyperlink w:anchor="CHAPTER_8" w:history="1">
        <w:r>
          <w:rPr>
            <w:color w:val="2F6B4F"/>
            <w:u w:val="single"/>
            <w:b/>
            <w:sz w:val="23"/>
          </w:rPr>
          <w:t>Chương 8. Nghỉ chân, không bỏ đại nguyện</w:t>
        </w:r>
      </w:hyperlink>
    </w:p>
    <w:p>
      <w:pPr>
        <w:ind w:left="360"/>
      </w:pPr>
      <w:hyperlink w:anchor="CLOSING" w:history="1">
        <w:r>
          <w:rPr>
            <w:color w:val="2F6B4F"/>
            <w:u w:val="single"/>
            <w:b/>
            <w:sz w:val="23"/>
          </w:rPr>
          <w:t>Lời kết: Nghỉ để đi xa</w:t>
        </w:r>
      </w:hyperlink>
    </w:p>
    <w:p>
      <w:r>
        <w:br w:type="page"/>
      </w:r>
    </w:p>
    <w:p>
      <w:bookmarkStart w:id="2" w:name="CHAPTER_1"/>
      <w:pPr>
        <w:pStyle w:val="Heading1"/>
        <w:pageBreakBefore w:val="0"/>
        <w:jc w:val="center"/>
      </w:pPr>
      <w:bookmarkEnd w:id="2"/>
      <w:r>
        <w:rPr>
          <w:rFonts w:ascii="Aptos Display" w:hAnsi="Aptos Display" w:eastAsia="Aptos Display"/>
          <w:b/>
          <w:i w:val="0"/>
          <w:color w:val="2F6B4F"/>
          <w:sz w:val="38"/>
        </w:rPr>
        <w:t>Chương 1</w:t>
        <w:br/>
      </w:r>
      <w:r>
        <w:rPr>
          <w:rFonts w:ascii="Aptos Display" w:hAnsi="Aptos Display" w:eastAsia="Aptos Display"/>
          <w:b/>
          <w:i w:val="0"/>
          <w:color w:val="2F6B4F"/>
          <w:sz w:val="38"/>
        </w:rPr>
        <w:t>Nhận biết mình đang mệt</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Không phóng dật, đường sống,</w:t>
              <w:br/>
            </w:r>
            <w:r>
              <w:rPr>
                <w:rFonts w:ascii="Aptos" w:hAnsi="Aptos" w:eastAsia="Aptos"/>
                <w:b/>
                <w:i w:val="0"/>
                <w:color w:val="2F6B4F"/>
                <w:sz w:val="23"/>
              </w:rPr>
              <w:t>Phóng dật là đường chết.</w:t>
              <w:br/>
            </w:r>
            <w:r>
              <w:rPr>
                <w:rFonts w:ascii="Aptos" w:hAnsi="Aptos" w:eastAsia="Aptos"/>
                <w:b/>
                <w:i w:val="0"/>
                <w:color w:val="2F6B4F"/>
                <w:sz w:val="23"/>
              </w:rPr>
              <w:t>Không phóng dật, không chết,</w:t>
              <w:br/>
            </w:r>
            <w:r>
              <w:rPr>
                <w:rFonts w:ascii="Aptos" w:hAnsi="Aptos" w:eastAsia="Aptos"/>
                <w:b/>
                <w:i w:val="0"/>
                <w:color w:val="2F6B4F"/>
                <w:sz w:val="23"/>
              </w:rPr>
              <w:t>Phóng dật như chết rồi.</w:t>
            </w:r>
          </w:p>
          <w:p>
            <w:pPr>
              <w:jc w:val="center"/>
            </w:pPr>
            <w:r>
              <w:rPr>
                <w:rFonts w:ascii="Aptos" w:hAnsi="Aptos" w:eastAsia="Aptos"/>
                <w:b w:val="0"/>
                <w:i/>
                <w:color w:val="66736C"/>
                <w:sz w:val="19"/>
              </w:rPr>
              <w:t>Nguồn: Kinh Pháp Cú, kệ 21, Phẩm Không Phóng Dật - bản dịch Hòa thượng Thích Minh Châu.</w:t>
            </w:r>
          </w:p>
        </w:tc>
      </w:tr>
    </w:tbl>
    <w:p/>
    <w:p>
      <w:pPr>
        <w:keepLines/>
        <w:ind w:left="259" w:hanging="259"/>
      </w:pPr>
      <w:r>
        <w:rPr>
          <w:rFonts w:ascii="Aptos" w:hAnsi="Aptos" w:eastAsia="Aptos"/>
          <w:b/>
          <w:i w:val="0"/>
          <w:color w:val="B58A2A"/>
          <w:sz w:val="23"/>
        </w:rPr>
        <w:t xml:space="preserve">1. </w:t>
      </w:r>
      <w:r>
        <w:rPr>
          <w:rFonts w:ascii="Aptos" w:hAnsi="Aptos" w:eastAsia="Aptos"/>
          <w:b w:val="0"/>
          <w:i w:val="0"/>
          <w:color w:val="25352E"/>
          <w:sz w:val="23"/>
        </w:rPr>
        <w:t>Mệt không phải lúc nào cũng hiện bằng nước mắt; có khi nó hiện bằng việc chẳng còn muốn làm điều mình từng rất yêu.</w:t>
      </w:r>
    </w:p>
    <w:p>
      <w:pPr>
        <w:keepLines/>
        <w:ind w:left="259" w:hanging="259"/>
      </w:pPr>
      <w:r>
        <w:rPr>
          <w:rFonts w:ascii="Aptos" w:hAnsi="Aptos" w:eastAsia="Aptos"/>
          <w:b/>
          <w:i w:val="0"/>
          <w:color w:val="B58A2A"/>
          <w:sz w:val="23"/>
        </w:rPr>
        <w:t xml:space="preserve">2. </w:t>
      </w:r>
      <w:r>
        <w:rPr>
          <w:rFonts w:ascii="Aptos" w:hAnsi="Aptos" w:eastAsia="Aptos"/>
          <w:b w:val="0"/>
          <w:i w:val="0"/>
          <w:color w:val="25352E"/>
          <w:sz w:val="23"/>
        </w:rPr>
        <w:t>Khi một việc nhỏ cũng làm ta cáu, có thể vấn đề không nằm ở việc ấy mà ở phần năng lượng đã cạn từ lâu.</w:t>
      </w:r>
    </w:p>
    <w:p>
      <w:pPr>
        <w:keepLines/>
        <w:ind w:left="259" w:hanging="259"/>
      </w:pPr>
      <w:r>
        <w:rPr>
          <w:rFonts w:ascii="Aptos" w:hAnsi="Aptos" w:eastAsia="Aptos"/>
          <w:b/>
          <w:i w:val="0"/>
          <w:color w:val="B58A2A"/>
          <w:sz w:val="23"/>
        </w:rPr>
        <w:t xml:space="preserve">3. </w:t>
      </w:r>
      <w:r>
        <w:rPr>
          <w:rFonts w:ascii="Aptos" w:hAnsi="Aptos" w:eastAsia="Aptos"/>
          <w:b w:val="0"/>
          <w:i w:val="0"/>
          <w:color w:val="25352E"/>
          <w:sz w:val="23"/>
        </w:rPr>
        <w:t>Thân mệt thường xin nghỉ bằng đau nhức; tâm mệt thường xin nghỉ bằng chán nản và muốn biến mất khỏi mọi cuộc trò chuyện.</w:t>
      </w:r>
    </w:p>
    <w:p>
      <w:pPr>
        <w:keepLines/>
        <w:ind w:left="259" w:hanging="259"/>
      </w:pPr>
      <w:r>
        <w:rPr>
          <w:rFonts w:ascii="Aptos" w:hAnsi="Aptos" w:eastAsia="Aptos"/>
          <w:b/>
          <w:i w:val="0"/>
          <w:color w:val="B58A2A"/>
          <w:sz w:val="23"/>
        </w:rPr>
        <w:t xml:space="preserve">4. </w:t>
      </w:r>
      <w:r>
        <w:rPr>
          <w:rFonts w:ascii="Aptos" w:hAnsi="Aptos" w:eastAsia="Aptos"/>
          <w:b w:val="0"/>
          <w:i w:val="0"/>
          <w:color w:val="25352E"/>
          <w:sz w:val="23"/>
        </w:rPr>
        <w:t>Đừng gọi mình lười trước khi xem mình đã ngủ đủ, ăn đủ và được thở trong yên tĩnh hay chưa.</w:t>
      </w:r>
    </w:p>
    <w:p>
      <w:pPr>
        <w:keepLines/>
        <w:ind w:left="259" w:hanging="259"/>
      </w:pPr>
      <w:r>
        <w:rPr>
          <w:rFonts w:ascii="Aptos" w:hAnsi="Aptos" w:eastAsia="Aptos"/>
          <w:b/>
          <w:i w:val="0"/>
          <w:color w:val="B58A2A"/>
          <w:sz w:val="23"/>
        </w:rPr>
        <w:t xml:space="preserve">5. </w:t>
      </w:r>
      <w:r>
        <w:rPr>
          <w:rFonts w:ascii="Aptos" w:hAnsi="Aptos" w:eastAsia="Aptos"/>
          <w:b w:val="0"/>
          <w:i w:val="0"/>
          <w:color w:val="25352E"/>
          <w:sz w:val="23"/>
        </w:rPr>
        <w:t>Có sự kiệt sức đến từ làm quá nhiều; có sự kiệt sức đến từ phải giả vờ ổn quá lâu.</w:t>
      </w:r>
    </w:p>
    <w:p>
      <w:pPr>
        <w:keepLines/>
        <w:ind w:left="259" w:hanging="259"/>
      </w:pPr>
      <w:r>
        <w:rPr>
          <w:rFonts w:ascii="Aptos" w:hAnsi="Aptos" w:eastAsia="Aptos"/>
          <w:b/>
          <w:i w:val="0"/>
          <w:color w:val="B58A2A"/>
          <w:sz w:val="23"/>
        </w:rPr>
        <w:t xml:space="preserve">6. </w:t>
      </w:r>
      <w:r>
        <w:rPr>
          <w:rFonts w:ascii="Aptos" w:hAnsi="Aptos" w:eastAsia="Aptos"/>
          <w:b w:val="0"/>
          <w:i w:val="0"/>
          <w:color w:val="25352E"/>
          <w:sz w:val="23"/>
        </w:rPr>
        <w:t>Nhận ra mình mệt là tỉnh thức, không phải yếu đuối.</w:t>
      </w:r>
    </w:p>
    <w:p>
      <w:pPr>
        <w:keepLines/>
        <w:ind w:left="259" w:hanging="259"/>
      </w:pPr>
      <w:r>
        <w:rPr>
          <w:rFonts w:ascii="Aptos" w:hAnsi="Aptos" w:eastAsia="Aptos"/>
          <w:b/>
          <w:i w:val="0"/>
          <w:color w:val="B58A2A"/>
          <w:sz w:val="23"/>
        </w:rPr>
        <w:t xml:space="preserve">7. </w:t>
      </w:r>
      <w:r>
        <w:rPr>
          <w:rFonts w:ascii="Aptos" w:hAnsi="Aptos" w:eastAsia="Aptos"/>
          <w:b w:val="0"/>
          <w:i w:val="0"/>
          <w:color w:val="25352E"/>
          <w:sz w:val="23"/>
        </w:rPr>
        <w:t>Khi tâm bắt đầu quên trước quên sau, dễ nổi nóng và không còn vui với điều lành, đó là lời báo cần chậm lại.</w:t>
      </w:r>
    </w:p>
    <w:p>
      <w:pPr>
        <w:keepLines/>
        <w:ind w:left="259" w:hanging="259"/>
      </w:pPr>
      <w:r>
        <w:rPr>
          <w:rFonts w:ascii="Aptos" w:hAnsi="Aptos" w:eastAsia="Aptos"/>
          <w:b/>
          <w:i w:val="0"/>
          <w:color w:val="B58A2A"/>
          <w:sz w:val="23"/>
        </w:rPr>
        <w:t xml:space="preserve">8. </w:t>
      </w:r>
      <w:r>
        <w:rPr>
          <w:rFonts w:ascii="Aptos" w:hAnsi="Aptos" w:eastAsia="Aptos"/>
          <w:b w:val="0"/>
          <w:i w:val="0"/>
          <w:color w:val="25352E"/>
          <w:sz w:val="23"/>
        </w:rPr>
        <w:t>Không phóng dật cũng là biết chăm thân này, vì một thân kiệt quệ khó nâng đỡ công phu dài lâu.</w:t>
      </w:r>
    </w:p>
    <w:p>
      <w:pPr>
        <w:keepLines/>
        <w:ind w:left="259" w:hanging="259"/>
      </w:pPr>
      <w:r>
        <w:rPr>
          <w:rFonts w:ascii="Aptos" w:hAnsi="Aptos" w:eastAsia="Aptos"/>
          <w:b/>
          <w:i w:val="0"/>
          <w:color w:val="B58A2A"/>
          <w:sz w:val="23"/>
        </w:rPr>
        <w:t xml:space="preserve">9. </w:t>
      </w:r>
      <w:r>
        <w:rPr>
          <w:rFonts w:ascii="Aptos" w:hAnsi="Aptos" w:eastAsia="Aptos"/>
          <w:b w:val="0"/>
          <w:i w:val="0"/>
          <w:color w:val="25352E"/>
          <w:sz w:val="23"/>
        </w:rPr>
        <w:t>Có lúc ta không mất lý tưởng; ta chỉ đang thiếu một giấc ngủ và một khoảng không không phải đáp ứng ai.</w:t>
      </w:r>
    </w:p>
    <w:p>
      <w:pPr>
        <w:keepLines/>
        <w:ind w:left="259" w:hanging="259"/>
      </w:pPr>
      <w:r>
        <w:rPr>
          <w:rFonts w:ascii="Aptos" w:hAnsi="Aptos" w:eastAsia="Aptos"/>
          <w:b/>
          <w:i w:val="0"/>
          <w:color w:val="B58A2A"/>
          <w:sz w:val="23"/>
        </w:rPr>
        <w:t xml:space="preserve">10. </w:t>
      </w:r>
      <w:r>
        <w:rPr>
          <w:rFonts w:ascii="Aptos" w:hAnsi="Aptos" w:eastAsia="Aptos"/>
          <w:b w:val="0"/>
          <w:i w:val="0"/>
          <w:color w:val="25352E"/>
          <w:sz w:val="23"/>
        </w:rPr>
        <w:t>Đừng đợi gục xuống mới thừa nhận mình đã mang quá sức.</w:t>
      </w:r>
    </w:p>
    <w:p>
      <w:pPr>
        <w:keepLines/>
        <w:ind w:left="259" w:hanging="259"/>
      </w:pPr>
      <w:r>
        <w:rPr>
          <w:rFonts w:ascii="Aptos" w:hAnsi="Aptos" w:eastAsia="Aptos"/>
          <w:b/>
          <w:i w:val="0"/>
          <w:color w:val="B58A2A"/>
          <w:sz w:val="23"/>
        </w:rPr>
        <w:t xml:space="preserve">11. </w:t>
      </w:r>
      <w:r>
        <w:rPr>
          <w:rFonts w:ascii="Aptos" w:hAnsi="Aptos" w:eastAsia="Aptos"/>
          <w:b w:val="0"/>
          <w:i w:val="0"/>
          <w:color w:val="25352E"/>
          <w:sz w:val="23"/>
        </w:rPr>
        <w:t>Mệt vì công việc khác mệt vì vô nghĩa; một bên cần nghỉ, một bên cần nhìn lại hướng đi.</w:t>
      </w:r>
    </w:p>
    <w:p>
      <w:pPr>
        <w:keepLines/>
        <w:ind w:left="259" w:hanging="259"/>
      </w:pPr>
      <w:r>
        <w:rPr>
          <w:rFonts w:ascii="Aptos" w:hAnsi="Aptos" w:eastAsia="Aptos"/>
          <w:b/>
          <w:i w:val="0"/>
          <w:color w:val="B58A2A"/>
          <w:sz w:val="23"/>
        </w:rPr>
        <w:t xml:space="preserve">12. </w:t>
      </w:r>
      <w:r>
        <w:rPr>
          <w:rFonts w:ascii="Aptos" w:hAnsi="Aptos" w:eastAsia="Aptos"/>
          <w:b w:val="0"/>
          <w:i w:val="0"/>
          <w:color w:val="25352E"/>
          <w:sz w:val="23"/>
        </w:rPr>
        <w:t>Thấy đúng mức mệt giúp ta chọn đúng thuốc: ngủ, im lặng, nhờ giúp đỡ hay buông bớt một việc không cần thiết.</w:t>
      </w:r>
    </w:p>
    <w:p>
      <w:pPr>
        <w:keepLines/>
        <w:ind w:left="259" w:hanging="259"/>
      </w:pPr>
      <w:r>
        <w:rPr>
          <w:rFonts w:ascii="Aptos" w:hAnsi="Aptos" w:eastAsia="Aptos"/>
          <w:b/>
          <w:i w:val="0"/>
          <w:color w:val="B58A2A"/>
          <w:sz w:val="23"/>
        </w:rPr>
        <w:t xml:space="preserve">13. </w:t>
      </w:r>
      <w:r>
        <w:rPr>
          <w:rFonts w:ascii="Aptos" w:hAnsi="Aptos" w:eastAsia="Aptos"/>
          <w:b w:val="0"/>
          <w:i w:val="0"/>
          <w:color w:val="25352E"/>
          <w:sz w:val="23"/>
        </w:rPr>
        <w:t>Người tỉnh không chỉ biết lúc nào nên tiến; họ còn nhận biết lúc nào đôi chân cần được chữa lành.</w:t>
      </w:r>
    </w:p>
    <w:p>
      <w:bookmarkStart w:id="3" w:name="CHAPTER_2"/>
      <w:pPr>
        <w:pStyle w:val="Heading1"/>
        <w:pageBreakBefore/>
        <w:jc w:val="center"/>
      </w:pPr>
      <w:bookmarkEnd w:id="3"/>
      <w:r>
        <w:rPr>
          <w:rFonts w:ascii="Aptos Display" w:hAnsi="Aptos Display" w:eastAsia="Aptos Display"/>
          <w:b/>
          <w:i w:val="0"/>
          <w:color w:val="2F6B4F"/>
          <w:sz w:val="38"/>
        </w:rPr>
        <w:t>Chương 2</w:t>
        <w:br/>
      </w:r>
      <w:r>
        <w:rPr>
          <w:rFonts w:ascii="Aptos Display" w:hAnsi="Aptos Display" w:eastAsia="Aptos Display"/>
          <w:b/>
          <w:i w:val="0"/>
          <w:color w:val="2F6B4F"/>
          <w:sz w:val="38"/>
        </w:rPr>
        <w:t>Nghỉ đúng cách</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0"/>
              </w:rPr>
              <w:t>Khi các dây đàn quá căng, đàn không thể sử dụng; khi quá chùng, đàn cũng không thể sử dụng. Khi không quá căng, không quá chùng, giữ ở mức trung bình, đàn mới phát ra âm thanh.</w:t>
            </w:r>
          </w:p>
          <w:p>
            <w:pPr>
              <w:jc w:val="center"/>
            </w:pPr>
            <w:r>
              <w:rPr>
                <w:rFonts w:ascii="Aptos" w:hAnsi="Aptos" w:eastAsia="Aptos"/>
                <w:b w:val="0"/>
                <w:i/>
                <w:color w:val="66736C"/>
                <w:sz w:val="19"/>
              </w:rPr>
              <w:t>Nguồn: Kinh Soṇa (Soṇa Sutta), Tăng Chi Bộ, AN 6.55 - ý kinh theo bản dịch Hòa thượng Thích Minh Châu.</w:t>
            </w:r>
          </w:p>
        </w:tc>
      </w:tr>
    </w:tbl>
    <w:p/>
    <w:p>
      <w:pPr>
        <w:keepLines/>
        <w:ind w:left="259" w:hanging="259"/>
      </w:pPr>
      <w:r>
        <w:rPr>
          <w:rFonts w:ascii="Aptos" w:hAnsi="Aptos" w:eastAsia="Aptos"/>
          <w:b/>
          <w:i w:val="0"/>
          <w:color w:val="B58A2A"/>
          <w:sz w:val="23"/>
        </w:rPr>
        <w:t xml:space="preserve">14. </w:t>
      </w:r>
      <w:r>
        <w:rPr>
          <w:rFonts w:ascii="Aptos" w:hAnsi="Aptos" w:eastAsia="Aptos"/>
          <w:b w:val="0"/>
          <w:i w:val="0"/>
          <w:color w:val="25352E"/>
          <w:sz w:val="23"/>
        </w:rPr>
        <w:t>Nghỉ đúng không làm ta xa mục tiêu; nó trả lại sức để mục tiêu không bị bỏ giữa đường.</w:t>
      </w:r>
    </w:p>
    <w:p>
      <w:pPr>
        <w:keepLines/>
        <w:ind w:left="259" w:hanging="259"/>
      </w:pPr>
      <w:r>
        <w:rPr>
          <w:rFonts w:ascii="Aptos" w:hAnsi="Aptos" w:eastAsia="Aptos"/>
          <w:b/>
          <w:i w:val="0"/>
          <w:color w:val="B58A2A"/>
          <w:sz w:val="23"/>
        </w:rPr>
        <w:t xml:space="preserve">15. </w:t>
      </w:r>
      <w:r>
        <w:rPr>
          <w:rFonts w:ascii="Aptos" w:hAnsi="Aptos" w:eastAsia="Aptos"/>
          <w:b w:val="0"/>
          <w:i w:val="0"/>
          <w:color w:val="25352E"/>
          <w:sz w:val="23"/>
        </w:rPr>
        <w:t>Nằm xuống mà đầu vẫn xét lỗi mình chưa phải nghỉ; thân đã dừng nhưng tâm còn chạy.</w:t>
      </w:r>
    </w:p>
    <w:p>
      <w:pPr>
        <w:keepLines/>
        <w:ind w:left="259" w:hanging="259"/>
      </w:pPr>
      <w:r>
        <w:rPr>
          <w:rFonts w:ascii="Aptos" w:hAnsi="Aptos" w:eastAsia="Aptos"/>
          <w:b/>
          <w:i w:val="0"/>
          <w:color w:val="B58A2A"/>
          <w:sz w:val="23"/>
        </w:rPr>
        <w:t xml:space="preserve">16. </w:t>
      </w:r>
      <w:r>
        <w:rPr>
          <w:rFonts w:ascii="Aptos" w:hAnsi="Aptos" w:eastAsia="Aptos"/>
          <w:b w:val="0"/>
          <w:i w:val="0"/>
          <w:color w:val="25352E"/>
          <w:sz w:val="23"/>
        </w:rPr>
        <w:t>Một khoảng nghỉ lành cần bớt tiếng gọi, bớt màn hình và bớt cả ý nghĩ mình phải hữu ích từng phút.</w:t>
      </w:r>
    </w:p>
    <w:p>
      <w:pPr>
        <w:keepLines/>
        <w:ind w:left="259" w:hanging="259"/>
      </w:pPr>
      <w:r>
        <w:rPr>
          <w:rFonts w:ascii="Aptos" w:hAnsi="Aptos" w:eastAsia="Aptos"/>
          <w:b/>
          <w:i w:val="0"/>
          <w:color w:val="B58A2A"/>
          <w:sz w:val="23"/>
        </w:rPr>
        <w:t xml:space="preserve">17. </w:t>
      </w:r>
      <w:r>
        <w:rPr>
          <w:rFonts w:ascii="Aptos" w:hAnsi="Aptos" w:eastAsia="Aptos"/>
          <w:b w:val="0"/>
          <w:i w:val="0"/>
          <w:color w:val="25352E"/>
          <w:sz w:val="23"/>
        </w:rPr>
        <w:t>Đừng biến ngày nghỉ thành ngày cố làm hết những việc chưa kịp làm trong tuần.</w:t>
      </w:r>
    </w:p>
    <w:p>
      <w:pPr>
        <w:keepLines/>
        <w:ind w:left="259" w:hanging="259"/>
      </w:pPr>
      <w:r>
        <w:rPr>
          <w:rFonts w:ascii="Aptos" w:hAnsi="Aptos" w:eastAsia="Aptos"/>
          <w:b/>
          <w:i w:val="0"/>
          <w:color w:val="B58A2A"/>
          <w:sz w:val="23"/>
        </w:rPr>
        <w:t xml:space="preserve">18. </w:t>
      </w:r>
      <w:r>
        <w:rPr>
          <w:rFonts w:ascii="Aptos" w:hAnsi="Aptos" w:eastAsia="Aptos"/>
          <w:b w:val="0"/>
          <w:i w:val="0"/>
          <w:color w:val="25352E"/>
          <w:sz w:val="23"/>
        </w:rPr>
        <w:t>Nghỉ không phải thưởng cho người đã hoàn hảo; đó là nhu cầu của một con người có giới hạn.</w:t>
      </w:r>
    </w:p>
    <w:p>
      <w:pPr>
        <w:keepLines/>
        <w:ind w:left="259" w:hanging="259"/>
      </w:pPr>
      <w:r>
        <w:rPr>
          <w:rFonts w:ascii="Aptos" w:hAnsi="Aptos" w:eastAsia="Aptos"/>
          <w:b/>
          <w:i w:val="0"/>
          <w:color w:val="B58A2A"/>
          <w:sz w:val="23"/>
        </w:rPr>
        <w:t xml:space="preserve">19. </w:t>
      </w:r>
      <w:r>
        <w:rPr>
          <w:rFonts w:ascii="Aptos" w:hAnsi="Aptos" w:eastAsia="Aptos"/>
          <w:b w:val="0"/>
          <w:i w:val="0"/>
          <w:color w:val="25352E"/>
          <w:sz w:val="23"/>
        </w:rPr>
        <w:t>Có khi nghỉ là ngủ; có khi là đi chậm, tụng một thời kinh, ngồi dưới nắng nhẹ hoặc ăn một bữa không vội.</w:t>
      </w:r>
    </w:p>
    <w:p>
      <w:pPr>
        <w:keepLines/>
        <w:ind w:left="259" w:hanging="259"/>
      </w:pPr>
      <w:r>
        <w:rPr>
          <w:rFonts w:ascii="Aptos" w:hAnsi="Aptos" w:eastAsia="Aptos"/>
          <w:b/>
          <w:i w:val="0"/>
          <w:color w:val="B58A2A"/>
          <w:sz w:val="23"/>
        </w:rPr>
        <w:t xml:space="preserve">20. </w:t>
      </w:r>
      <w:r>
        <w:rPr>
          <w:rFonts w:ascii="Aptos" w:hAnsi="Aptos" w:eastAsia="Aptos"/>
          <w:b w:val="0"/>
          <w:i w:val="0"/>
          <w:color w:val="25352E"/>
          <w:sz w:val="23"/>
        </w:rPr>
        <w:t>Tâm kiệt không cần thêm mệnh lệnh phải tích cực; nó cần một nơi an toàn để thôi gồng.</w:t>
      </w:r>
    </w:p>
    <w:p>
      <w:pPr>
        <w:keepLines/>
        <w:ind w:left="259" w:hanging="259"/>
      </w:pPr>
      <w:r>
        <w:rPr>
          <w:rFonts w:ascii="Aptos" w:hAnsi="Aptos" w:eastAsia="Aptos"/>
          <w:b/>
          <w:i w:val="0"/>
          <w:color w:val="B58A2A"/>
          <w:sz w:val="23"/>
        </w:rPr>
        <w:t xml:space="preserve">21. </w:t>
      </w:r>
      <w:r>
        <w:rPr>
          <w:rFonts w:ascii="Aptos" w:hAnsi="Aptos" w:eastAsia="Aptos"/>
          <w:b w:val="0"/>
          <w:i w:val="0"/>
          <w:color w:val="25352E"/>
          <w:sz w:val="23"/>
        </w:rPr>
        <w:t>Dây đàn quá căng sẽ đứt, quá chùng không thành nhạc; công phu bền nằm ở mức quân bình.</w:t>
      </w:r>
    </w:p>
    <w:p>
      <w:pPr>
        <w:keepLines/>
        <w:ind w:left="259" w:hanging="259"/>
      </w:pPr>
      <w:r>
        <w:rPr>
          <w:rFonts w:ascii="Aptos" w:hAnsi="Aptos" w:eastAsia="Aptos"/>
          <w:b/>
          <w:i w:val="0"/>
          <w:color w:val="B58A2A"/>
          <w:sz w:val="23"/>
        </w:rPr>
        <w:t xml:space="preserve">22. </w:t>
      </w:r>
      <w:r>
        <w:rPr>
          <w:rFonts w:ascii="Aptos" w:hAnsi="Aptos" w:eastAsia="Aptos"/>
          <w:b w:val="0"/>
          <w:i w:val="0"/>
          <w:color w:val="25352E"/>
          <w:sz w:val="23"/>
        </w:rPr>
        <w:t>Nghỉ đúng khiến ta trở lại sáng hơn; trốn tránh khiến việc cũ vẫn nằm đó và nỗi sợ lớn thêm.</w:t>
      </w:r>
    </w:p>
    <w:p>
      <w:pPr>
        <w:keepLines/>
        <w:ind w:left="259" w:hanging="259"/>
      </w:pPr>
      <w:r>
        <w:rPr>
          <w:rFonts w:ascii="Aptos" w:hAnsi="Aptos" w:eastAsia="Aptos"/>
          <w:b/>
          <w:i w:val="0"/>
          <w:color w:val="B58A2A"/>
          <w:sz w:val="23"/>
        </w:rPr>
        <w:t xml:space="preserve">23. </w:t>
      </w:r>
      <w:r>
        <w:rPr>
          <w:rFonts w:ascii="Aptos" w:hAnsi="Aptos" w:eastAsia="Aptos"/>
          <w:b w:val="0"/>
          <w:i w:val="0"/>
          <w:color w:val="25352E"/>
          <w:sz w:val="23"/>
        </w:rPr>
        <w:t>Muốn biết mình đang nghỉ hay chạy trốn, hãy xem sau khoảng dừng ta có sẵn lòng quay lại việc cần làm không.</w:t>
      </w:r>
    </w:p>
    <w:p>
      <w:pPr>
        <w:keepLines/>
        <w:ind w:left="259" w:hanging="259"/>
      </w:pPr>
      <w:r>
        <w:rPr>
          <w:rFonts w:ascii="Aptos" w:hAnsi="Aptos" w:eastAsia="Aptos"/>
          <w:b/>
          <w:i w:val="0"/>
          <w:color w:val="B58A2A"/>
          <w:sz w:val="23"/>
        </w:rPr>
        <w:t xml:space="preserve">24. </w:t>
      </w:r>
      <w:r>
        <w:rPr>
          <w:rFonts w:ascii="Aptos" w:hAnsi="Aptos" w:eastAsia="Aptos"/>
          <w:b w:val="0"/>
          <w:i w:val="0"/>
          <w:color w:val="25352E"/>
          <w:sz w:val="23"/>
        </w:rPr>
        <w:t>Một ngày nhẹ nhịp có thể cứu nhiều tuần làm việc khỏi đổ vỡ.</w:t>
      </w:r>
    </w:p>
    <w:p>
      <w:pPr>
        <w:keepLines/>
        <w:ind w:left="259" w:hanging="259"/>
      </w:pPr>
      <w:r>
        <w:rPr>
          <w:rFonts w:ascii="Aptos" w:hAnsi="Aptos" w:eastAsia="Aptos"/>
          <w:b/>
          <w:i w:val="0"/>
          <w:color w:val="B58A2A"/>
          <w:sz w:val="23"/>
        </w:rPr>
        <w:t xml:space="preserve">25. </w:t>
      </w:r>
      <w:r>
        <w:rPr>
          <w:rFonts w:ascii="Aptos" w:hAnsi="Aptos" w:eastAsia="Aptos"/>
          <w:b w:val="0"/>
          <w:i w:val="0"/>
          <w:color w:val="25352E"/>
          <w:sz w:val="23"/>
        </w:rPr>
        <w:t>Đừng xấu hổ vì cần yên tĩnh; ngay cả hơi thở cũng có vào và ra, không chỉ vào mãi.</w:t>
      </w:r>
    </w:p>
    <w:p>
      <w:pPr>
        <w:keepLines/>
        <w:ind w:left="259" w:hanging="259"/>
      </w:pPr>
      <w:r>
        <w:rPr>
          <w:rFonts w:ascii="Aptos" w:hAnsi="Aptos" w:eastAsia="Aptos"/>
          <w:b/>
          <w:i w:val="0"/>
          <w:color w:val="B58A2A"/>
          <w:sz w:val="23"/>
        </w:rPr>
        <w:t xml:space="preserve">26. </w:t>
      </w:r>
      <w:r>
        <w:rPr>
          <w:rFonts w:ascii="Aptos" w:hAnsi="Aptos" w:eastAsia="Aptos"/>
          <w:b w:val="0"/>
          <w:i w:val="0"/>
          <w:color w:val="25352E"/>
          <w:sz w:val="23"/>
        </w:rPr>
        <w:t>Nghỉ có chánh niệm là buông công việc trong một thời gian mà không buông trách nhiệm với chính mình.</w:t>
      </w:r>
    </w:p>
    <w:p>
      <w:bookmarkStart w:id="4" w:name="CHAPTER_3"/>
      <w:pPr>
        <w:pStyle w:val="Heading1"/>
        <w:pageBreakBefore/>
        <w:jc w:val="center"/>
      </w:pPr>
      <w:bookmarkEnd w:id="4"/>
      <w:r>
        <w:rPr>
          <w:rFonts w:ascii="Aptos Display" w:hAnsi="Aptos Display" w:eastAsia="Aptos Display"/>
          <w:b/>
          <w:i w:val="0"/>
          <w:color w:val="2F6B4F"/>
          <w:sz w:val="38"/>
        </w:rPr>
        <w:t>Chương 3</w:t>
        <w:br/>
      </w:r>
      <w:r>
        <w:rPr>
          <w:rFonts w:ascii="Aptos Display" w:hAnsi="Aptos Display" w:eastAsia="Aptos Display"/>
          <w:b/>
          <w:i w:val="0"/>
          <w:color w:val="2F6B4F"/>
          <w:sz w:val="38"/>
        </w:rPr>
        <w:t>Không dùng cố gắng để tự làm đau</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Dầu sống một trăm năm,</w:t>
              <w:br/>
            </w:r>
            <w:r>
              <w:rPr>
                <w:rFonts w:ascii="Aptos" w:hAnsi="Aptos" w:eastAsia="Aptos"/>
                <w:b/>
                <w:i w:val="0"/>
                <w:color w:val="2F6B4F"/>
                <w:sz w:val="23"/>
              </w:rPr>
              <w:t>Ác giới, không thiền định,</w:t>
              <w:br/>
            </w:r>
            <w:r>
              <w:rPr>
                <w:rFonts w:ascii="Aptos" w:hAnsi="Aptos" w:eastAsia="Aptos"/>
                <w:b/>
                <w:i w:val="0"/>
                <w:color w:val="2F6B4F"/>
                <w:sz w:val="23"/>
              </w:rPr>
              <w:t>Tốt hơn sống một ngày,</w:t>
              <w:br/>
            </w:r>
            <w:r>
              <w:rPr>
                <w:rFonts w:ascii="Aptos" w:hAnsi="Aptos" w:eastAsia="Aptos"/>
                <w:b/>
                <w:i w:val="0"/>
                <w:color w:val="2F6B4F"/>
                <w:sz w:val="23"/>
              </w:rPr>
              <w:t>Trì giới, tu thiền định.</w:t>
            </w:r>
          </w:p>
          <w:p>
            <w:pPr>
              <w:jc w:val="center"/>
            </w:pPr>
            <w:r>
              <w:rPr>
                <w:rFonts w:ascii="Aptos" w:hAnsi="Aptos" w:eastAsia="Aptos"/>
                <w:b w:val="0"/>
                <w:i/>
                <w:color w:val="66736C"/>
                <w:sz w:val="19"/>
              </w:rPr>
              <w:t>Nguồn: Kinh Pháp Cú, kệ 110, Phẩm Ngàn - bản dịch Hòa thượng Thích Minh Châu.</w:t>
            </w:r>
          </w:p>
        </w:tc>
      </w:tr>
    </w:tbl>
    <w:p/>
    <w:p>
      <w:pPr>
        <w:keepLines/>
        <w:ind w:left="259" w:hanging="259"/>
      </w:pPr>
      <w:r>
        <w:rPr>
          <w:rFonts w:ascii="Aptos" w:hAnsi="Aptos" w:eastAsia="Aptos"/>
          <w:b/>
          <w:i w:val="0"/>
          <w:color w:val="B58A2A"/>
          <w:sz w:val="23"/>
        </w:rPr>
        <w:t xml:space="preserve">27. </w:t>
      </w:r>
      <w:r>
        <w:rPr>
          <w:rFonts w:ascii="Aptos" w:hAnsi="Aptos" w:eastAsia="Aptos"/>
          <w:b w:val="0"/>
          <w:i w:val="0"/>
          <w:color w:val="25352E"/>
          <w:sz w:val="23"/>
        </w:rPr>
        <w:t>Cố gắng đúng làm năng lực lớn lên; cố gắng cực đoan làm thân tâm hao mòn rồi gọi đó là tinh tấn.</w:t>
      </w:r>
    </w:p>
    <w:p>
      <w:pPr>
        <w:keepLines/>
        <w:ind w:left="259" w:hanging="259"/>
      </w:pPr>
      <w:r>
        <w:rPr>
          <w:rFonts w:ascii="Aptos" w:hAnsi="Aptos" w:eastAsia="Aptos"/>
          <w:b/>
          <w:i w:val="0"/>
          <w:color w:val="B58A2A"/>
          <w:sz w:val="23"/>
        </w:rPr>
        <w:t xml:space="preserve">28. </w:t>
      </w:r>
      <w:r>
        <w:rPr>
          <w:rFonts w:ascii="Aptos" w:hAnsi="Aptos" w:eastAsia="Aptos"/>
          <w:b w:val="0"/>
          <w:i w:val="0"/>
          <w:color w:val="25352E"/>
          <w:sz w:val="23"/>
        </w:rPr>
        <w:t>Không phải chịu được càng nhiều khổ thì công phu càng cao.</w:t>
      </w:r>
    </w:p>
    <w:p>
      <w:pPr>
        <w:keepLines/>
        <w:ind w:left="259" w:hanging="259"/>
      </w:pPr>
      <w:r>
        <w:rPr>
          <w:rFonts w:ascii="Aptos" w:hAnsi="Aptos" w:eastAsia="Aptos"/>
          <w:b/>
          <w:i w:val="0"/>
          <w:color w:val="B58A2A"/>
          <w:sz w:val="23"/>
        </w:rPr>
        <w:t xml:space="preserve">29. </w:t>
      </w:r>
      <w:r>
        <w:rPr>
          <w:rFonts w:ascii="Aptos" w:hAnsi="Aptos" w:eastAsia="Aptos"/>
          <w:b w:val="0"/>
          <w:i w:val="0"/>
          <w:color w:val="25352E"/>
          <w:sz w:val="23"/>
        </w:rPr>
        <w:t>Ép mình qua giới hạn hôm nay có thể lấy mất khả năng hành trì của nhiều ngày sau.</w:t>
      </w:r>
    </w:p>
    <w:p>
      <w:pPr>
        <w:keepLines/>
        <w:ind w:left="259" w:hanging="259"/>
      </w:pPr>
      <w:r>
        <w:rPr>
          <w:rFonts w:ascii="Aptos" w:hAnsi="Aptos" w:eastAsia="Aptos"/>
          <w:b/>
          <w:i w:val="0"/>
          <w:color w:val="B58A2A"/>
          <w:sz w:val="23"/>
        </w:rPr>
        <w:t xml:space="preserve">30. </w:t>
      </w:r>
      <w:r>
        <w:rPr>
          <w:rFonts w:ascii="Aptos" w:hAnsi="Aptos" w:eastAsia="Aptos"/>
          <w:b w:val="0"/>
          <w:i w:val="0"/>
          <w:color w:val="25352E"/>
          <w:sz w:val="23"/>
        </w:rPr>
        <w:t>Đừng dùng kỷ luật như cây roi; hãy dùng nó như lan can giữ mình khỏi rơi.</w:t>
      </w:r>
    </w:p>
    <w:p>
      <w:pPr>
        <w:keepLines/>
        <w:ind w:left="259" w:hanging="259"/>
      </w:pPr>
      <w:r>
        <w:rPr>
          <w:rFonts w:ascii="Aptos" w:hAnsi="Aptos" w:eastAsia="Aptos"/>
          <w:b/>
          <w:i w:val="0"/>
          <w:color w:val="B58A2A"/>
          <w:sz w:val="23"/>
        </w:rPr>
        <w:t xml:space="preserve">31. </w:t>
      </w:r>
      <w:r>
        <w:rPr>
          <w:rFonts w:ascii="Aptos" w:hAnsi="Aptos" w:eastAsia="Aptos"/>
          <w:b w:val="0"/>
          <w:i w:val="0"/>
          <w:color w:val="25352E"/>
          <w:sz w:val="23"/>
        </w:rPr>
        <w:t>Có kế hoạch được viết cho một phiên bản khỏe mạnh; khi đang bệnh hoặc kiệt, kế hoạch ấy cần được điều chỉnh.</w:t>
      </w:r>
    </w:p>
    <w:p>
      <w:pPr>
        <w:keepLines/>
        <w:ind w:left="259" w:hanging="259"/>
      </w:pPr>
      <w:r>
        <w:rPr>
          <w:rFonts w:ascii="Aptos" w:hAnsi="Aptos" w:eastAsia="Aptos"/>
          <w:b/>
          <w:i w:val="0"/>
          <w:color w:val="B58A2A"/>
          <w:sz w:val="23"/>
        </w:rPr>
        <w:t xml:space="preserve">32. </w:t>
      </w:r>
      <w:r>
        <w:rPr>
          <w:rFonts w:ascii="Aptos" w:hAnsi="Aptos" w:eastAsia="Aptos"/>
          <w:b w:val="0"/>
          <w:i w:val="0"/>
          <w:color w:val="25352E"/>
          <w:sz w:val="23"/>
        </w:rPr>
        <w:t>Tinh tấn không bắt ta phủ nhận đau; tinh tấn giúp ta chăm đau mà không đồng hóa mình với nó.</w:t>
      </w:r>
    </w:p>
    <w:p>
      <w:pPr>
        <w:keepLines/>
        <w:ind w:left="259" w:hanging="259"/>
      </w:pPr>
      <w:r>
        <w:rPr>
          <w:rFonts w:ascii="Aptos" w:hAnsi="Aptos" w:eastAsia="Aptos"/>
          <w:b/>
          <w:i w:val="0"/>
          <w:color w:val="B58A2A"/>
          <w:sz w:val="23"/>
        </w:rPr>
        <w:t xml:space="preserve">33. </w:t>
      </w:r>
      <w:r>
        <w:rPr>
          <w:rFonts w:ascii="Aptos" w:hAnsi="Aptos" w:eastAsia="Aptos"/>
          <w:b w:val="0"/>
          <w:i w:val="0"/>
          <w:color w:val="25352E"/>
          <w:sz w:val="23"/>
        </w:rPr>
        <w:t>Thành tựu được đổi bằng sức khỏe, bình an và giới hạnh thường đắt hơn giá trị thật của nó.</w:t>
      </w:r>
    </w:p>
    <w:p>
      <w:pPr>
        <w:keepLines/>
        <w:ind w:left="259" w:hanging="259"/>
      </w:pPr>
      <w:r>
        <w:rPr>
          <w:rFonts w:ascii="Aptos" w:hAnsi="Aptos" w:eastAsia="Aptos"/>
          <w:b/>
          <w:i w:val="0"/>
          <w:color w:val="B58A2A"/>
          <w:sz w:val="23"/>
        </w:rPr>
        <w:t xml:space="preserve">34. </w:t>
      </w:r>
      <w:r>
        <w:rPr>
          <w:rFonts w:ascii="Aptos" w:hAnsi="Aptos" w:eastAsia="Aptos"/>
          <w:b w:val="0"/>
          <w:i w:val="0"/>
          <w:color w:val="25352E"/>
          <w:sz w:val="23"/>
        </w:rPr>
        <w:t>Nếu mỗi bước tu chỉ làm ta thêm kiêu, thêm gắt và thêm ghét thân mình, cần xem lại cách đang bước.</w:t>
      </w:r>
    </w:p>
    <w:p>
      <w:pPr>
        <w:keepLines/>
        <w:ind w:left="259" w:hanging="259"/>
      </w:pPr>
      <w:r>
        <w:rPr>
          <w:rFonts w:ascii="Aptos" w:hAnsi="Aptos" w:eastAsia="Aptos"/>
          <w:b/>
          <w:i w:val="0"/>
          <w:color w:val="B58A2A"/>
          <w:sz w:val="23"/>
        </w:rPr>
        <w:t xml:space="preserve">35. </w:t>
      </w:r>
      <w:r>
        <w:rPr>
          <w:rFonts w:ascii="Aptos" w:hAnsi="Aptos" w:eastAsia="Aptos"/>
          <w:b w:val="0"/>
          <w:i w:val="0"/>
          <w:color w:val="25352E"/>
          <w:sz w:val="23"/>
        </w:rPr>
        <w:t>Một ngày hành trì có chất lượng quý hơn nhiều ngày chỉ giữ hình thức trong kiệt sức.</w:t>
      </w:r>
    </w:p>
    <w:p>
      <w:pPr>
        <w:keepLines/>
        <w:ind w:left="259" w:hanging="259"/>
      </w:pPr>
      <w:r>
        <w:rPr>
          <w:rFonts w:ascii="Aptos" w:hAnsi="Aptos" w:eastAsia="Aptos"/>
          <w:b/>
          <w:i w:val="0"/>
          <w:color w:val="B58A2A"/>
          <w:sz w:val="23"/>
        </w:rPr>
        <w:t xml:space="preserve">36. </w:t>
      </w:r>
      <w:r>
        <w:rPr>
          <w:rFonts w:ascii="Aptos" w:hAnsi="Aptos" w:eastAsia="Aptos"/>
          <w:b w:val="0"/>
          <w:i w:val="0"/>
          <w:color w:val="25352E"/>
          <w:sz w:val="23"/>
        </w:rPr>
        <w:t>Không làm hết hôm nay không có nghĩa không làm được; có thể chỉ là thân đang xin chia quãng đường thành phần nhỏ.</w:t>
      </w:r>
    </w:p>
    <w:p>
      <w:pPr>
        <w:keepLines/>
        <w:ind w:left="259" w:hanging="259"/>
      </w:pPr>
      <w:r>
        <w:rPr>
          <w:rFonts w:ascii="Aptos" w:hAnsi="Aptos" w:eastAsia="Aptos"/>
          <w:b/>
          <w:i w:val="0"/>
          <w:color w:val="B58A2A"/>
          <w:sz w:val="23"/>
        </w:rPr>
        <w:t xml:space="preserve">37. </w:t>
      </w:r>
      <w:r>
        <w:rPr>
          <w:rFonts w:ascii="Aptos" w:hAnsi="Aptos" w:eastAsia="Aptos"/>
          <w:b w:val="0"/>
          <w:i w:val="0"/>
          <w:color w:val="25352E"/>
          <w:sz w:val="23"/>
        </w:rPr>
        <w:t>Đừng lấy người đang khỏe làm thước để phán xét mình trong ngày yếu.</w:t>
      </w:r>
    </w:p>
    <w:p>
      <w:pPr>
        <w:keepLines/>
        <w:ind w:left="259" w:hanging="259"/>
      </w:pPr>
      <w:r>
        <w:rPr>
          <w:rFonts w:ascii="Aptos" w:hAnsi="Aptos" w:eastAsia="Aptos"/>
          <w:b/>
          <w:i w:val="0"/>
          <w:color w:val="B58A2A"/>
          <w:sz w:val="23"/>
        </w:rPr>
        <w:t xml:space="preserve">38. </w:t>
      </w:r>
      <w:r>
        <w:rPr>
          <w:rFonts w:ascii="Aptos" w:hAnsi="Aptos" w:eastAsia="Aptos"/>
          <w:b w:val="0"/>
          <w:i w:val="0"/>
          <w:color w:val="25352E"/>
          <w:sz w:val="23"/>
        </w:rPr>
        <w:t>Từ bi với bản thân không phải nuông chiều; là không tạo thêm một người hành hạ trong chính tâm mình.</w:t>
      </w:r>
    </w:p>
    <w:p>
      <w:pPr>
        <w:keepLines/>
        <w:ind w:left="259" w:hanging="259"/>
      </w:pPr>
      <w:r>
        <w:rPr>
          <w:rFonts w:ascii="Aptos" w:hAnsi="Aptos" w:eastAsia="Aptos"/>
          <w:b/>
          <w:i w:val="0"/>
          <w:color w:val="B58A2A"/>
          <w:sz w:val="23"/>
        </w:rPr>
        <w:t xml:space="preserve">39. </w:t>
      </w:r>
      <w:r>
        <w:rPr>
          <w:rFonts w:ascii="Aptos" w:hAnsi="Aptos" w:eastAsia="Aptos"/>
          <w:b w:val="0"/>
          <w:i w:val="0"/>
          <w:color w:val="25352E"/>
          <w:sz w:val="23"/>
        </w:rPr>
        <w:t>Nỗ lực lành biết tiến mà không giẫm lên thân tâm đang phục vụ đại nguyện ấy.</w:t>
      </w:r>
    </w:p>
    <w:p>
      <w:bookmarkStart w:id="5" w:name="CHAPTER_4"/>
      <w:pPr>
        <w:pStyle w:val="Heading1"/>
        <w:pageBreakBefore/>
        <w:jc w:val="center"/>
      </w:pPr>
      <w:bookmarkEnd w:id="5"/>
      <w:r>
        <w:rPr>
          <w:rFonts w:ascii="Aptos Display" w:hAnsi="Aptos Display" w:eastAsia="Aptos Display"/>
          <w:b/>
          <w:i w:val="0"/>
          <w:color w:val="2F6B4F"/>
          <w:sz w:val="38"/>
        </w:rPr>
        <w:t>Chương 4</w:t>
        <w:br/>
      </w:r>
      <w:r>
        <w:rPr>
          <w:rFonts w:ascii="Aptos Display" w:hAnsi="Aptos Display" w:eastAsia="Aptos Display"/>
          <w:b/>
          <w:i w:val="0"/>
          <w:color w:val="2F6B4F"/>
          <w:sz w:val="38"/>
        </w:rPr>
        <w:t>Hồi phục từng chút một</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Thứ tự từng sát-na,</w:t>
              <w:br/>
            </w:r>
            <w:r>
              <w:rPr>
                <w:rFonts w:ascii="Aptos" w:hAnsi="Aptos" w:eastAsia="Aptos"/>
                <w:b/>
                <w:i w:val="0"/>
                <w:color w:val="2F6B4F"/>
                <w:sz w:val="23"/>
              </w:rPr>
              <w:t>Từng chút, người hiền trí,</w:t>
              <w:br/>
            </w:r>
            <w:r>
              <w:rPr>
                <w:rFonts w:ascii="Aptos" w:hAnsi="Aptos" w:eastAsia="Aptos"/>
                <w:b/>
                <w:i w:val="0"/>
                <w:color w:val="2F6B4F"/>
                <w:sz w:val="23"/>
              </w:rPr>
              <w:t>Trừ cấu uế nơi mình,</w:t>
              <w:br/>
            </w:r>
            <w:r>
              <w:rPr>
                <w:rFonts w:ascii="Aptos" w:hAnsi="Aptos" w:eastAsia="Aptos"/>
                <w:b/>
                <w:i w:val="0"/>
                <w:color w:val="2F6B4F"/>
                <w:sz w:val="23"/>
              </w:rPr>
              <w:t>Như thợ vàng lọc bạc.</w:t>
            </w:r>
          </w:p>
          <w:p>
            <w:pPr>
              <w:jc w:val="center"/>
            </w:pPr>
            <w:r>
              <w:rPr>
                <w:rFonts w:ascii="Aptos" w:hAnsi="Aptos" w:eastAsia="Aptos"/>
                <w:b w:val="0"/>
                <w:i/>
                <w:color w:val="66736C"/>
                <w:sz w:val="19"/>
              </w:rPr>
              <w:t>Nguồn: Kinh Pháp Cú, kệ 239, Phẩm Cấu Uế - bản dịch Hòa thượng Thích Minh Châu.</w:t>
            </w:r>
          </w:p>
        </w:tc>
      </w:tr>
    </w:tbl>
    <w:p/>
    <w:p>
      <w:pPr>
        <w:keepLines/>
        <w:ind w:left="259" w:hanging="259"/>
      </w:pPr>
      <w:r>
        <w:rPr>
          <w:rFonts w:ascii="Aptos" w:hAnsi="Aptos" w:eastAsia="Aptos"/>
          <w:b/>
          <w:i w:val="0"/>
          <w:color w:val="B58A2A"/>
          <w:sz w:val="23"/>
        </w:rPr>
        <w:t xml:space="preserve">40. </w:t>
      </w:r>
      <w:r>
        <w:rPr>
          <w:rFonts w:ascii="Aptos" w:hAnsi="Aptos" w:eastAsia="Aptos"/>
          <w:b w:val="0"/>
          <w:i w:val="0"/>
          <w:color w:val="25352E"/>
          <w:sz w:val="23"/>
        </w:rPr>
        <w:t>Hồi phục hiếm khi đi thành đường thẳng; có ngày khá hơn, có ngày lại mệt, nhưng cả hai đều thuộc tiến trình.</w:t>
      </w:r>
    </w:p>
    <w:p>
      <w:pPr>
        <w:keepLines/>
        <w:ind w:left="259" w:hanging="259"/>
      </w:pPr>
      <w:r>
        <w:rPr>
          <w:rFonts w:ascii="Aptos" w:hAnsi="Aptos" w:eastAsia="Aptos"/>
          <w:b/>
          <w:i w:val="0"/>
          <w:color w:val="B58A2A"/>
          <w:sz w:val="23"/>
        </w:rPr>
        <w:t xml:space="preserve">41. </w:t>
      </w:r>
      <w:r>
        <w:rPr>
          <w:rFonts w:ascii="Aptos" w:hAnsi="Aptos" w:eastAsia="Aptos"/>
          <w:b w:val="0"/>
          <w:i w:val="0"/>
          <w:color w:val="25352E"/>
          <w:sz w:val="23"/>
        </w:rPr>
        <w:t>Đừng đòi một đêm ngủ bù cho nhiều tháng đã sống quá sức.</w:t>
      </w:r>
    </w:p>
    <w:p>
      <w:pPr>
        <w:keepLines/>
        <w:ind w:left="259" w:hanging="259"/>
      </w:pPr>
      <w:r>
        <w:rPr>
          <w:rFonts w:ascii="Aptos" w:hAnsi="Aptos" w:eastAsia="Aptos"/>
          <w:b/>
          <w:i w:val="0"/>
          <w:color w:val="B58A2A"/>
          <w:sz w:val="23"/>
        </w:rPr>
        <w:t xml:space="preserve">42. </w:t>
      </w:r>
      <w:r>
        <w:rPr>
          <w:rFonts w:ascii="Aptos" w:hAnsi="Aptos" w:eastAsia="Aptos"/>
          <w:b w:val="0"/>
          <w:i w:val="0"/>
          <w:color w:val="25352E"/>
          <w:sz w:val="23"/>
        </w:rPr>
        <w:t>Từng chút một không phải quá chậm; đó là nhịp mà thân tâm có thể giữ lâu.</w:t>
      </w:r>
    </w:p>
    <w:p>
      <w:pPr>
        <w:keepLines/>
        <w:ind w:left="259" w:hanging="259"/>
      </w:pPr>
      <w:r>
        <w:rPr>
          <w:rFonts w:ascii="Aptos" w:hAnsi="Aptos" w:eastAsia="Aptos"/>
          <w:b/>
          <w:i w:val="0"/>
          <w:color w:val="B58A2A"/>
          <w:sz w:val="23"/>
        </w:rPr>
        <w:t xml:space="preserve">43. </w:t>
      </w:r>
      <w:r>
        <w:rPr>
          <w:rFonts w:ascii="Aptos" w:hAnsi="Aptos" w:eastAsia="Aptos"/>
          <w:b w:val="0"/>
          <w:i w:val="0"/>
          <w:color w:val="25352E"/>
          <w:sz w:val="23"/>
        </w:rPr>
        <w:t>Một bữa ăn đúng giờ, một cốc nước và mười phút yên lặng đều là những viên gạch của hồi phục.</w:t>
      </w:r>
    </w:p>
    <w:p>
      <w:pPr>
        <w:keepLines/>
        <w:ind w:left="259" w:hanging="259"/>
      </w:pPr>
      <w:r>
        <w:rPr>
          <w:rFonts w:ascii="Aptos" w:hAnsi="Aptos" w:eastAsia="Aptos"/>
          <w:b/>
          <w:i w:val="0"/>
          <w:color w:val="B58A2A"/>
          <w:sz w:val="23"/>
        </w:rPr>
        <w:t xml:space="preserve">44. </w:t>
      </w:r>
      <w:r>
        <w:rPr>
          <w:rFonts w:ascii="Aptos" w:hAnsi="Aptos" w:eastAsia="Aptos"/>
          <w:b w:val="0"/>
          <w:i w:val="0"/>
          <w:color w:val="25352E"/>
          <w:sz w:val="23"/>
        </w:rPr>
        <w:t>Có ngày thắng lợi chỉ là rời giường, tắm rửa và không tự mắng mình.</w:t>
      </w:r>
    </w:p>
    <w:p>
      <w:pPr>
        <w:keepLines/>
        <w:ind w:left="259" w:hanging="259"/>
      </w:pPr>
      <w:r>
        <w:rPr>
          <w:rFonts w:ascii="Aptos" w:hAnsi="Aptos" w:eastAsia="Aptos"/>
          <w:b/>
          <w:i w:val="0"/>
          <w:color w:val="B58A2A"/>
          <w:sz w:val="23"/>
        </w:rPr>
        <w:t xml:space="preserve">45. </w:t>
      </w:r>
      <w:r>
        <w:rPr>
          <w:rFonts w:ascii="Aptos" w:hAnsi="Aptos" w:eastAsia="Aptos"/>
          <w:b w:val="0"/>
          <w:i w:val="0"/>
          <w:color w:val="25352E"/>
          <w:sz w:val="23"/>
        </w:rPr>
        <w:t>Đừng so ngày đang chữa lành với ngày mình từng sung sức; hai ngày ấy có nhiệm vụ khác nhau.</w:t>
      </w:r>
    </w:p>
    <w:p>
      <w:pPr>
        <w:keepLines/>
        <w:ind w:left="259" w:hanging="259"/>
      </w:pPr>
      <w:r>
        <w:rPr>
          <w:rFonts w:ascii="Aptos" w:hAnsi="Aptos" w:eastAsia="Aptos"/>
          <w:b/>
          <w:i w:val="0"/>
          <w:color w:val="B58A2A"/>
          <w:sz w:val="23"/>
        </w:rPr>
        <w:t xml:space="preserve">46. </w:t>
      </w:r>
      <w:r>
        <w:rPr>
          <w:rFonts w:ascii="Aptos" w:hAnsi="Aptos" w:eastAsia="Aptos"/>
          <w:b w:val="0"/>
          <w:i w:val="0"/>
          <w:color w:val="25352E"/>
          <w:sz w:val="23"/>
        </w:rPr>
        <w:t>Hồi phục bắt đầu khi ta thôi xem mọi dấu hiệu mệt là chướng ngại đáng ghét.</w:t>
      </w:r>
    </w:p>
    <w:p>
      <w:pPr>
        <w:keepLines/>
        <w:ind w:left="259" w:hanging="259"/>
      </w:pPr>
      <w:r>
        <w:rPr>
          <w:rFonts w:ascii="Aptos" w:hAnsi="Aptos" w:eastAsia="Aptos"/>
          <w:b/>
          <w:i w:val="0"/>
          <w:color w:val="B58A2A"/>
          <w:sz w:val="23"/>
        </w:rPr>
        <w:t xml:space="preserve">47. </w:t>
      </w:r>
      <w:r>
        <w:rPr>
          <w:rFonts w:ascii="Aptos" w:hAnsi="Aptos" w:eastAsia="Aptos"/>
          <w:b w:val="0"/>
          <w:i w:val="0"/>
          <w:color w:val="25352E"/>
          <w:sz w:val="23"/>
        </w:rPr>
        <w:t>Thân không phản bội ta; nó đang báo những khoản nợ nghỉ ngơi đã đến hạn.</w:t>
      </w:r>
    </w:p>
    <w:p>
      <w:pPr>
        <w:keepLines/>
        <w:ind w:left="259" w:hanging="259"/>
      </w:pPr>
      <w:r>
        <w:rPr>
          <w:rFonts w:ascii="Aptos" w:hAnsi="Aptos" w:eastAsia="Aptos"/>
          <w:b/>
          <w:i w:val="0"/>
          <w:color w:val="B58A2A"/>
          <w:sz w:val="23"/>
        </w:rPr>
        <w:t xml:space="preserve">48. </w:t>
      </w:r>
      <w:r>
        <w:rPr>
          <w:rFonts w:ascii="Aptos" w:hAnsi="Aptos" w:eastAsia="Aptos"/>
          <w:b w:val="0"/>
          <w:i w:val="0"/>
          <w:color w:val="25352E"/>
          <w:sz w:val="23"/>
        </w:rPr>
        <w:t>Mỗi lựa chọn bớt làm mình kiệt là một lần chuyển nghiệp trong cách đối xử với chính mình.</w:t>
      </w:r>
    </w:p>
    <w:p>
      <w:pPr>
        <w:keepLines/>
        <w:ind w:left="259" w:hanging="259"/>
      </w:pPr>
      <w:r>
        <w:rPr>
          <w:rFonts w:ascii="Aptos" w:hAnsi="Aptos" w:eastAsia="Aptos"/>
          <w:b/>
          <w:i w:val="0"/>
          <w:color w:val="B58A2A"/>
          <w:sz w:val="23"/>
        </w:rPr>
        <w:t xml:space="preserve">49. </w:t>
      </w:r>
      <w:r>
        <w:rPr>
          <w:rFonts w:ascii="Aptos" w:hAnsi="Aptos" w:eastAsia="Aptos"/>
          <w:b w:val="0"/>
          <w:i w:val="0"/>
          <w:color w:val="25352E"/>
          <w:sz w:val="23"/>
        </w:rPr>
        <w:t>Không cần cảm thấy hoàn toàn sẵn sàng mới làm một việc nhỏ có ích.</w:t>
      </w:r>
    </w:p>
    <w:p>
      <w:pPr>
        <w:keepLines/>
        <w:ind w:left="259" w:hanging="259"/>
      </w:pPr>
      <w:r>
        <w:rPr>
          <w:rFonts w:ascii="Aptos" w:hAnsi="Aptos" w:eastAsia="Aptos"/>
          <w:b/>
          <w:i w:val="0"/>
          <w:color w:val="B58A2A"/>
          <w:sz w:val="23"/>
        </w:rPr>
        <w:t xml:space="preserve">50. </w:t>
      </w:r>
      <w:r>
        <w:rPr>
          <w:rFonts w:ascii="Aptos" w:hAnsi="Aptos" w:eastAsia="Aptos"/>
          <w:b w:val="0"/>
          <w:i w:val="0"/>
          <w:color w:val="25352E"/>
          <w:sz w:val="23"/>
        </w:rPr>
        <w:t>Như thợ vàng lọc bạc, ta lấy dần khỏi đời những thói quen làm năng lượng đục và nặng.</w:t>
      </w:r>
    </w:p>
    <w:p>
      <w:pPr>
        <w:keepLines/>
        <w:ind w:left="259" w:hanging="259"/>
      </w:pPr>
      <w:r>
        <w:rPr>
          <w:rFonts w:ascii="Aptos" w:hAnsi="Aptos" w:eastAsia="Aptos"/>
          <w:b/>
          <w:i w:val="0"/>
          <w:color w:val="B58A2A"/>
          <w:sz w:val="23"/>
        </w:rPr>
        <w:t xml:space="preserve">51. </w:t>
      </w:r>
      <w:r>
        <w:rPr>
          <w:rFonts w:ascii="Aptos" w:hAnsi="Aptos" w:eastAsia="Aptos"/>
          <w:b w:val="0"/>
          <w:i w:val="0"/>
          <w:color w:val="25352E"/>
          <w:sz w:val="23"/>
        </w:rPr>
        <w:t>Kiên nhẫn với tiến trình không làm nó chậm; sự sốt ruột mới thường kéo ta quay lại điểm đầu.</w:t>
      </w:r>
    </w:p>
    <w:p>
      <w:pPr>
        <w:keepLines/>
        <w:ind w:left="259" w:hanging="259"/>
      </w:pPr>
      <w:r>
        <w:rPr>
          <w:rFonts w:ascii="Aptos" w:hAnsi="Aptos" w:eastAsia="Aptos"/>
          <w:b/>
          <w:i w:val="0"/>
          <w:color w:val="B58A2A"/>
          <w:sz w:val="23"/>
        </w:rPr>
        <w:t xml:space="preserve">52. </w:t>
      </w:r>
      <w:r>
        <w:rPr>
          <w:rFonts w:ascii="Aptos" w:hAnsi="Aptos" w:eastAsia="Aptos"/>
          <w:b w:val="0"/>
          <w:i w:val="0"/>
          <w:color w:val="25352E"/>
          <w:sz w:val="23"/>
        </w:rPr>
        <w:t>Hôm nay nhẹ hơn hôm qua một phần cũng đáng được ghi nhận, dù chưa ai nhìn thấy.</w:t>
      </w:r>
    </w:p>
    <w:p>
      <w:bookmarkStart w:id="6" w:name="CHAPTER_5"/>
      <w:pPr>
        <w:pStyle w:val="Heading1"/>
        <w:pageBreakBefore/>
        <w:jc w:val="center"/>
      </w:pPr>
      <w:bookmarkEnd w:id="6"/>
      <w:r>
        <w:rPr>
          <w:rFonts w:ascii="Aptos Display" w:hAnsi="Aptos Display" w:eastAsia="Aptos Display"/>
          <w:b/>
          <w:i w:val="0"/>
          <w:color w:val="2F6B4F"/>
          <w:sz w:val="38"/>
        </w:rPr>
        <w:t>Chương 5</w:t>
        <w:br/>
      </w:r>
      <w:r>
        <w:rPr>
          <w:rFonts w:ascii="Aptos Display" w:hAnsi="Aptos Display" w:eastAsia="Aptos Display"/>
          <w:b/>
          <w:i w:val="0"/>
          <w:color w:val="2F6B4F"/>
          <w:sz w:val="38"/>
        </w:rPr>
        <w:t>Làm lại từ việc nhỏ</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Nỗ lực, không phóng dật,</w:t>
              <w:br/>
            </w:r>
            <w:r>
              <w:rPr>
                <w:rFonts w:ascii="Aptos" w:hAnsi="Aptos" w:eastAsia="Aptos"/>
                <w:b/>
                <w:i w:val="0"/>
                <w:color w:val="2F6B4F"/>
                <w:sz w:val="23"/>
              </w:rPr>
              <w:t>Tự điều, khéo chế ngự,</w:t>
              <w:br/>
            </w:r>
            <w:r>
              <w:rPr>
                <w:rFonts w:ascii="Aptos" w:hAnsi="Aptos" w:eastAsia="Aptos"/>
                <w:b/>
                <w:i w:val="0"/>
                <w:color w:val="2F6B4F"/>
                <w:sz w:val="23"/>
              </w:rPr>
              <w:t>Bậc trí xây hòn đảo,</w:t>
              <w:br/>
            </w:r>
            <w:r>
              <w:rPr>
                <w:rFonts w:ascii="Aptos" w:hAnsi="Aptos" w:eastAsia="Aptos"/>
                <w:b/>
                <w:i w:val="0"/>
                <w:color w:val="2F6B4F"/>
                <w:sz w:val="23"/>
              </w:rPr>
              <w:t>Nước lụt khó ngập tràn.</w:t>
            </w:r>
          </w:p>
          <w:p>
            <w:pPr>
              <w:jc w:val="center"/>
            </w:pPr>
            <w:r>
              <w:rPr>
                <w:rFonts w:ascii="Aptos" w:hAnsi="Aptos" w:eastAsia="Aptos"/>
                <w:b w:val="0"/>
                <w:i/>
                <w:color w:val="66736C"/>
                <w:sz w:val="19"/>
              </w:rPr>
              <w:t>Nguồn: Kinh Pháp Cú, kệ 25, Phẩm Không Phóng Dật - bản dịch Hòa thượng Thích Minh Châu.</w:t>
            </w:r>
          </w:p>
        </w:tc>
      </w:tr>
    </w:tbl>
    <w:p/>
    <w:p>
      <w:pPr>
        <w:keepLines/>
        <w:ind w:left="259" w:hanging="259"/>
      </w:pPr>
      <w:r>
        <w:rPr>
          <w:rFonts w:ascii="Aptos" w:hAnsi="Aptos" w:eastAsia="Aptos"/>
          <w:b/>
          <w:i w:val="0"/>
          <w:color w:val="B58A2A"/>
          <w:sz w:val="23"/>
        </w:rPr>
        <w:t xml:space="preserve">53. </w:t>
      </w:r>
      <w:r>
        <w:rPr>
          <w:rFonts w:ascii="Aptos" w:hAnsi="Aptos" w:eastAsia="Aptos"/>
          <w:b w:val="0"/>
          <w:i w:val="0"/>
          <w:color w:val="25352E"/>
          <w:sz w:val="23"/>
        </w:rPr>
        <w:t>Khi không đủ sức làm cả con đường, hãy làm bước kế tiếp.</w:t>
      </w:r>
    </w:p>
    <w:p>
      <w:pPr>
        <w:keepLines/>
        <w:ind w:left="259" w:hanging="259"/>
      </w:pPr>
      <w:r>
        <w:rPr>
          <w:rFonts w:ascii="Aptos" w:hAnsi="Aptos" w:eastAsia="Aptos"/>
          <w:b/>
          <w:i w:val="0"/>
          <w:color w:val="B58A2A"/>
          <w:sz w:val="23"/>
        </w:rPr>
        <w:t xml:space="preserve">54. </w:t>
      </w:r>
      <w:r>
        <w:rPr>
          <w:rFonts w:ascii="Aptos" w:hAnsi="Aptos" w:eastAsia="Aptos"/>
          <w:b w:val="0"/>
          <w:i w:val="0"/>
          <w:color w:val="25352E"/>
          <w:sz w:val="23"/>
        </w:rPr>
        <w:t>Việc nhỏ hoàn thành tạo năng lượng thật; kế hoạch lớn chỉ nằm trong đầu thường tạo thêm áp lực.</w:t>
      </w:r>
    </w:p>
    <w:p>
      <w:pPr>
        <w:keepLines/>
        <w:ind w:left="259" w:hanging="259"/>
      </w:pPr>
      <w:r>
        <w:rPr>
          <w:rFonts w:ascii="Aptos" w:hAnsi="Aptos" w:eastAsia="Aptos"/>
          <w:b/>
          <w:i w:val="0"/>
          <w:color w:val="B58A2A"/>
          <w:sz w:val="23"/>
        </w:rPr>
        <w:t xml:space="preserve">55. </w:t>
      </w:r>
      <w:r>
        <w:rPr>
          <w:rFonts w:ascii="Aptos" w:hAnsi="Aptos" w:eastAsia="Aptos"/>
          <w:b w:val="0"/>
          <w:i w:val="0"/>
          <w:color w:val="25352E"/>
          <w:sz w:val="23"/>
        </w:rPr>
        <w:t>Đừng mở ngày mới bằng danh sách khiến mình thất bại ngay khi vừa đọc.</w:t>
      </w:r>
    </w:p>
    <w:p>
      <w:pPr>
        <w:keepLines/>
        <w:ind w:left="259" w:hanging="259"/>
      </w:pPr>
      <w:r>
        <w:rPr>
          <w:rFonts w:ascii="Aptos" w:hAnsi="Aptos" w:eastAsia="Aptos"/>
          <w:b/>
          <w:i w:val="0"/>
          <w:color w:val="B58A2A"/>
          <w:sz w:val="23"/>
        </w:rPr>
        <w:t xml:space="preserve">56. </w:t>
      </w:r>
      <w:r>
        <w:rPr>
          <w:rFonts w:ascii="Aptos" w:hAnsi="Aptos" w:eastAsia="Aptos"/>
          <w:b w:val="0"/>
          <w:i w:val="0"/>
          <w:color w:val="25352E"/>
          <w:sz w:val="23"/>
        </w:rPr>
        <w:t>Một nhiệm vụ nên được chia đến mức ta có thể bắt đầu mà không cần chờ cảm hứng.</w:t>
      </w:r>
    </w:p>
    <w:p>
      <w:pPr>
        <w:keepLines/>
        <w:ind w:left="259" w:hanging="259"/>
      </w:pPr>
      <w:r>
        <w:rPr>
          <w:rFonts w:ascii="Aptos" w:hAnsi="Aptos" w:eastAsia="Aptos"/>
          <w:b/>
          <w:i w:val="0"/>
          <w:color w:val="B58A2A"/>
          <w:sz w:val="23"/>
        </w:rPr>
        <w:t xml:space="preserve">57. </w:t>
      </w:r>
      <w:r>
        <w:rPr>
          <w:rFonts w:ascii="Aptos" w:hAnsi="Aptos" w:eastAsia="Aptos"/>
          <w:b w:val="0"/>
          <w:i w:val="0"/>
          <w:color w:val="25352E"/>
          <w:sz w:val="23"/>
        </w:rPr>
        <w:t>Gấp chăn, uống thuốc, trả một tin cần thiết cũng có thể là cách xây lại nhịp sống.</w:t>
      </w:r>
    </w:p>
    <w:p>
      <w:pPr>
        <w:keepLines/>
        <w:ind w:left="259" w:hanging="259"/>
      </w:pPr>
      <w:r>
        <w:rPr>
          <w:rFonts w:ascii="Aptos" w:hAnsi="Aptos" w:eastAsia="Aptos"/>
          <w:b/>
          <w:i w:val="0"/>
          <w:color w:val="B58A2A"/>
          <w:sz w:val="23"/>
        </w:rPr>
        <w:t xml:space="preserve">58. </w:t>
      </w:r>
      <w:r>
        <w:rPr>
          <w:rFonts w:ascii="Aptos" w:hAnsi="Aptos" w:eastAsia="Aptos"/>
          <w:b w:val="0"/>
          <w:i w:val="0"/>
          <w:color w:val="25352E"/>
          <w:sz w:val="23"/>
        </w:rPr>
        <w:t>Làm ít nhưng đều tạo hòn đảo; làm quá rồi biến mất nhiều ngày chỉ tạo những đợt sóng.</w:t>
      </w:r>
    </w:p>
    <w:p>
      <w:pPr>
        <w:keepLines/>
        <w:ind w:left="259" w:hanging="259"/>
      </w:pPr>
      <w:r>
        <w:rPr>
          <w:rFonts w:ascii="Aptos" w:hAnsi="Aptos" w:eastAsia="Aptos"/>
          <w:b/>
          <w:i w:val="0"/>
          <w:color w:val="B58A2A"/>
          <w:sz w:val="23"/>
        </w:rPr>
        <w:t xml:space="preserve">59. </w:t>
      </w:r>
      <w:r>
        <w:rPr>
          <w:rFonts w:ascii="Aptos" w:hAnsi="Aptos" w:eastAsia="Aptos"/>
          <w:b w:val="0"/>
          <w:i w:val="0"/>
          <w:color w:val="25352E"/>
          <w:sz w:val="23"/>
        </w:rPr>
        <w:t>Khi tâm nói không làm nổi, hãy hỏi: phần nhỏ nhất mình vẫn làm được là gì?</w:t>
      </w:r>
    </w:p>
    <w:p>
      <w:pPr>
        <w:keepLines/>
        <w:ind w:left="259" w:hanging="259"/>
      </w:pPr>
      <w:r>
        <w:rPr>
          <w:rFonts w:ascii="Aptos" w:hAnsi="Aptos" w:eastAsia="Aptos"/>
          <w:b/>
          <w:i w:val="0"/>
          <w:color w:val="B58A2A"/>
          <w:sz w:val="23"/>
        </w:rPr>
        <w:t xml:space="preserve">60. </w:t>
      </w:r>
      <w:r>
        <w:rPr>
          <w:rFonts w:ascii="Aptos" w:hAnsi="Aptos" w:eastAsia="Aptos"/>
          <w:b w:val="0"/>
          <w:i w:val="0"/>
          <w:color w:val="25352E"/>
          <w:sz w:val="23"/>
        </w:rPr>
        <w:t>Đừng coi thường mười phút chuyên tâm; nhiều đại nguyện được nuôi bằng những khoảng ngắn không bị bỏ.</w:t>
      </w:r>
    </w:p>
    <w:p>
      <w:pPr>
        <w:keepLines/>
        <w:ind w:left="259" w:hanging="259"/>
      </w:pPr>
      <w:r>
        <w:rPr>
          <w:rFonts w:ascii="Aptos" w:hAnsi="Aptos" w:eastAsia="Aptos"/>
          <w:b/>
          <w:i w:val="0"/>
          <w:color w:val="B58A2A"/>
          <w:sz w:val="23"/>
        </w:rPr>
        <w:t xml:space="preserve">61. </w:t>
      </w:r>
      <w:r>
        <w:rPr>
          <w:rFonts w:ascii="Aptos" w:hAnsi="Aptos" w:eastAsia="Aptos"/>
          <w:b w:val="0"/>
          <w:i w:val="0"/>
          <w:color w:val="25352E"/>
          <w:sz w:val="23"/>
        </w:rPr>
        <w:t>Ngày yếu cần mục tiêu của ngày yếu, không cần gánh tiêu chuẩn của ngày mạnh.</w:t>
      </w:r>
    </w:p>
    <w:p>
      <w:pPr>
        <w:keepLines/>
        <w:ind w:left="259" w:hanging="259"/>
      </w:pPr>
      <w:r>
        <w:rPr>
          <w:rFonts w:ascii="Aptos" w:hAnsi="Aptos" w:eastAsia="Aptos"/>
          <w:b/>
          <w:i w:val="0"/>
          <w:color w:val="B58A2A"/>
          <w:sz w:val="23"/>
        </w:rPr>
        <w:t xml:space="preserve">62. </w:t>
      </w:r>
      <w:r>
        <w:rPr>
          <w:rFonts w:ascii="Aptos" w:hAnsi="Aptos" w:eastAsia="Aptos"/>
          <w:b w:val="0"/>
          <w:i w:val="0"/>
          <w:color w:val="25352E"/>
          <w:sz w:val="23"/>
        </w:rPr>
        <w:t>Bắt đầu lại không cần nghi thức lớn; chỉ cần ngưng trì hoãn một hành động lành.</w:t>
      </w:r>
    </w:p>
    <w:p>
      <w:pPr>
        <w:keepLines/>
        <w:ind w:left="259" w:hanging="259"/>
      </w:pPr>
      <w:r>
        <w:rPr>
          <w:rFonts w:ascii="Aptos" w:hAnsi="Aptos" w:eastAsia="Aptos"/>
          <w:b/>
          <w:i w:val="0"/>
          <w:color w:val="B58A2A"/>
          <w:sz w:val="23"/>
        </w:rPr>
        <w:t xml:space="preserve">63. </w:t>
      </w:r>
      <w:r>
        <w:rPr>
          <w:rFonts w:ascii="Aptos" w:hAnsi="Aptos" w:eastAsia="Aptos"/>
          <w:b w:val="0"/>
          <w:i w:val="0"/>
          <w:color w:val="25352E"/>
          <w:sz w:val="23"/>
        </w:rPr>
        <w:t>Mỗi việc nhỏ giữ đúng hẹn với mình là một viên đá kê lại nền tự tin.</w:t>
      </w:r>
    </w:p>
    <w:p>
      <w:pPr>
        <w:keepLines/>
        <w:ind w:left="259" w:hanging="259"/>
      </w:pPr>
      <w:r>
        <w:rPr>
          <w:rFonts w:ascii="Aptos" w:hAnsi="Aptos" w:eastAsia="Aptos"/>
          <w:b/>
          <w:i w:val="0"/>
          <w:color w:val="B58A2A"/>
          <w:sz w:val="23"/>
        </w:rPr>
        <w:t xml:space="preserve">64. </w:t>
      </w:r>
      <w:r>
        <w:rPr>
          <w:rFonts w:ascii="Aptos" w:hAnsi="Aptos" w:eastAsia="Aptos"/>
          <w:b w:val="0"/>
          <w:i w:val="0"/>
          <w:color w:val="25352E"/>
          <w:sz w:val="23"/>
        </w:rPr>
        <w:t>Nếu hôm nay chỉ làm được một điều, hãy chọn điều bảo vệ sức khỏe hoặc giữ con đường không bị đứt.</w:t>
      </w:r>
    </w:p>
    <w:p>
      <w:bookmarkStart w:id="7" w:name="CHAPTER_6"/>
      <w:pPr>
        <w:pStyle w:val="Heading1"/>
        <w:pageBreakBefore/>
        <w:jc w:val="center"/>
      </w:pPr>
      <w:bookmarkEnd w:id="7"/>
      <w:r>
        <w:rPr>
          <w:rFonts w:ascii="Aptos Display" w:hAnsi="Aptos Display" w:eastAsia="Aptos Display"/>
          <w:b/>
          <w:i w:val="0"/>
          <w:color w:val="2F6B4F"/>
          <w:sz w:val="38"/>
        </w:rPr>
        <w:t>Chương 6</w:t>
        <w:br/>
      </w:r>
      <w:r>
        <w:rPr>
          <w:rFonts w:ascii="Aptos Display" w:hAnsi="Aptos Display" w:eastAsia="Aptos Display"/>
          <w:b/>
          <w:i w:val="0"/>
          <w:color w:val="2F6B4F"/>
          <w:sz w:val="38"/>
        </w:rPr>
        <w:t>Nương bạn lành khi kiệt sức</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Chớ thân với bạn ác,</w:t>
              <w:br/>
            </w:r>
            <w:r>
              <w:rPr>
                <w:rFonts w:ascii="Aptos" w:hAnsi="Aptos" w:eastAsia="Aptos"/>
                <w:b/>
                <w:i w:val="0"/>
                <w:color w:val="2F6B4F"/>
                <w:sz w:val="23"/>
              </w:rPr>
              <w:t>Chớ thân kẻ tiểu nhân.</w:t>
              <w:br/>
            </w:r>
            <w:r>
              <w:rPr>
                <w:rFonts w:ascii="Aptos" w:hAnsi="Aptos" w:eastAsia="Aptos"/>
                <w:b/>
                <w:i w:val="0"/>
                <w:color w:val="2F6B4F"/>
                <w:sz w:val="23"/>
              </w:rPr>
              <w:t>Hãy thân người bạn lành,</w:t>
              <w:br/>
            </w:r>
            <w:r>
              <w:rPr>
                <w:rFonts w:ascii="Aptos" w:hAnsi="Aptos" w:eastAsia="Aptos"/>
                <w:b/>
                <w:i w:val="0"/>
                <w:color w:val="2F6B4F"/>
                <w:sz w:val="23"/>
              </w:rPr>
              <w:t>Hãy thân bậc thượng nhân.</w:t>
            </w:r>
          </w:p>
          <w:p>
            <w:pPr>
              <w:jc w:val="center"/>
            </w:pPr>
            <w:r>
              <w:rPr>
                <w:rFonts w:ascii="Aptos" w:hAnsi="Aptos" w:eastAsia="Aptos"/>
                <w:b w:val="0"/>
                <w:i/>
                <w:color w:val="66736C"/>
                <w:sz w:val="19"/>
              </w:rPr>
              <w:t>Nguồn: Kinh Pháp Cú, kệ 78, Phẩm Hiền Trí - bản dịch Hòa thượng Thích Minh Châu.</w:t>
            </w:r>
          </w:p>
        </w:tc>
      </w:tr>
    </w:tbl>
    <w:p/>
    <w:p>
      <w:pPr>
        <w:keepLines/>
        <w:ind w:left="259" w:hanging="259"/>
      </w:pPr>
      <w:r>
        <w:rPr>
          <w:rFonts w:ascii="Aptos" w:hAnsi="Aptos" w:eastAsia="Aptos"/>
          <w:b/>
          <w:i w:val="0"/>
          <w:color w:val="B58A2A"/>
          <w:sz w:val="23"/>
        </w:rPr>
        <w:t xml:space="preserve">65. </w:t>
      </w:r>
      <w:r>
        <w:rPr>
          <w:rFonts w:ascii="Aptos" w:hAnsi="Aptos" w:eastAsia="Aptos"/>
          <w:b w:val="0"/>
          <w:i w:val="0"/>
          <w:color w:val="25352E"/>
          <w:sz w:val="23"/>
        </w:rPr>
        <w:t>Kiệt sức làm tầm nhìn hẹp lại; một người bạn lành có thể nhắc ta rằng ngoài nỗi mệt vẫn còn đường.</w:t>
      </w:r>
    </w:p>
    <w:p>
      <w:pPr>
        <w:keepLines/>
        <w:ind w:left="259" w:hanging="259"/>
      </w:pPr>
      <w:r>
        <w:rPr>
          <w:rFonts w:ascii="Aptos" w:hAnsi="Aptos" w:eastAsia="Aptos"/>
          <w:b/>
          <w:i w:val="0"/>
          <w:color w:val="B58A2A"/>
          <w:sz w:val="23"/>
        </w:rPr>
        <w:t xml:space="preserve">66. </w:t>
      </w:r>
      <w:r>
        <w:rPr>
          <w:rFonts w:ascii="Aptos" w:hAnsi="Aptos" w:eastAsia="Aptos"/>
          <w:b w:val="0"/>
          <w:i w:val="0"/>
          <w:color w:val="25352E"/>
          <w:sz w:val="23"/>
        </w:rPr>
        <w:t>Nhờ giúp đỡ không làm ta kém tự lập; nó cho thấy ta đủ tỉnh để không gánh quá khả năng.</w:t>
      </w:r>
    </w:p>
    <w:p>
      <w:pPr>
        <w:keepLines/>
        <w:ind w:left="259" w:hanging="259"/>
      </w:pPr>
      <w:r>
        <w:rPr>
          <w:rFonts w:ascii="Aptos" w:hAnsi="Aptos" w:eastAsia="Aptos"/>
          <w:b/>
          <w:i w:val="0"/>
          <w:color w:val="B58A2A"/>
          <w:sz w:val="23"/>
        </w:rPr>
        <w:t xml:space="preserve">67. </w:t>
      </w:r>
      <w:r>
        <w:rPr>
          <w:rFonts w:ascii="Aptos" w:hAnsi="Aptos" w:eastAsia="Aptos"/>
          <w:b w:val="0"/>
          <w:i w:val="0"/>
          <w:color w:val="25352E"/>
          <w:sz w:val="23"/>
        </w:rPr>
        <w:t>Bạn lành không bắt ta vui ngay; họ giúp ta đi qua ngày buồn mà không làm điều tổn hại.</w:t>
      </w:r>
    </w:p>
    <w:p>
      <w:pPr>
        <w:keepLines/>
        <w:ind w:left="259" w:hanging="259"/>
      </w:pPr>
      <w:r>
        <w:rPr>
          <w:rFonts w:ascii="Aptos" w:hAnsi="Aptos" w:eastAsia="Aptos"/>
          <w:b/>
          <w:i w:val="0"/>
          <w:color w:val="B58A2A"/>
          <w:sz w:val="23"/>
        </w:rPr>
        <w:t xml:space="preserve">68. </w:t>
      </w:r>
      <w:r>
        <w:rPr>
          <w:rFonts w:ascii="Aptos" w:hAnsi="Aptos" w:eastAsia="Aptos"/>
          <w:b w:val="0"/>
          <w:i w:val="0"/>
          <w:color w:val="25352E"/>
          <w:sz w:val="23"/>
        </w:rPr>
        <w:t>Khi mệt, hãy tìm người làm tâm lắng xuống, đừng tìm người chỉ làm cơn giận có thêm lý lẽ.</w:t>
      </w:r>
    </w:p>
    <w:p>
      <w:pPr>
        <w:keepLines/>
        <w:ind w:left="259" w:hanging="259"/>
      </w:pPr>
      <w:r>
        <w:rPr>
          <w:rFonts w:ascii="Aptos" w:hAnsi="Aptos" w:eastAsia="Aptos"/>
          <w:b/>
          <w:i w:val="0"/>
          <w:color w:val="B58A2A"/>
          <w:sz w:val="23"/>
        </w:rPr>
        <w:t xml:space="preserve">69. </w:t>
      </w:r>
      <w:r>
        <w:rPr>
          <w:rFonts w:ascii="Aptos" w:hAnsi="Aptos" w:eastAsia="Aptos"/>
          <w:b w:val="0"/>
          <w:i w:val="0"/>
          <w:color w:val="25352E"/>
          <w:sz w:val="23"/>
        </w:rPr>
        <w:t>Có sự nâng đỡ bằng lời; có sự nâng đỡ chỉ là mang đến một bữa ăn và không hỏi quá nhiều.</w:t>
      </w:r>
    </w:p>
    <w:p>
      <w:pPr>
        <w:keepLines/>
        <w:ind w:left="259" w:hanging="259"/>
      </w:pPr>
      <w:r>
        <w:rPr>
          <w:rFonts w:ascii="Aptos" w:hAnsi="Aptos" w:eastAsia="Aptos"/>
          <w:b/>
          <w:i w:val="0"/>
          <w:color w:val="B58A2A"/>
          <w:sz w:val="23"/>
        </w:rPr>
        <w:t xml:space="preserve">70. </w:t>
      </w:r>
      <w:r>
        <w:rPr>
          <w:rFonts w:ascii="Aptos" w:hAnsi="Aptos" w:eastAsia="Aptos"/>
          <w:b w:val="0"/>
          <w:i w:val="0"/>
          <w:color w:val="25352E"/>
          <w:sz w:val="23"/>
        </w:rPr>
        <w:t>Người thật sự thương không lợi dụng lúc ta yếu để điều khiển những quyết định dài hạn.</w:t>
      </w:r>
    </w:p>
    <w:p>
      <w:pPr>
        <w:keepLines/>
        <w:ind w:left="259" w:hanging="259"/>
      </w:pPr>
      <w:r>
        <w:rPr>
          <w:rFonts w:ascii="Aptos" w:hAnsi="Aptos" w:eastAsia="Aptos"/>
          <w:b/>
          <w:i w:val="0"/>
          <w:color w:val="B58A2A"/>
          <w:sz w:val="23"/>
        </w:rPr>
        <w:t xml:space="preserve">71. </w:t>
      </w:r>
      <w:r>
        <w:rPr>
          <w:rFonts w:ascii="Aptos" w:hAnsi="Aptos" w:eastAsia="Aptos"/>
          <w:b w:val="0"/>
          <w:i w:val="0"/>
          <w:color w:val="25352E"/>
          <w:sz w:val="23"/>
        </w:rPr>
        <w:t>Đừng đòi một người vừa lắng nghe, chữa lành, giải quyết việc và sống thay tất cả phần của ta.</w:t>
      </w:r>
    </w:p>
    <w:p>
      <w:pPr>
        <w:keepLines/>
        <w:ind w:left="259" w:hanging="259"/>
      </w:pPr>
      <w:r>
        <w:rPr>
          <w:rFonts w:ascii="Aptos" w:hAnsi="Aptos" w:eastAsia="Aptos"/>
          <w:b/>
          <w:i w:val="0"/>
          <w:color w:val="B58A2A"/>
          <w:sz w:val="23"/>
        </w:rPr>
        <w:t xml:space="preserve">72. </w:t>
      </w:r>
      <w:r>
        <w:rPr>
          <w:rFonts w:ascii="Aptos" w:hAnsi="Aptos" w:eastAsia="Aptos"/>
          <w:b w:val="0"/>
          <w:i w:val="0"/>
          <w:color w:val="25352E"/>
          <w:sz w:val="23"/>
        </w:rPr>
        <w:t>Bạn lành trao tay vịn, không biến ta thành người phải ở mãi trên tay họ.</w:t>
      </w:r>
    </w:p>
    <w:p>
      <w:pPr>
        <w:keepLines/>
        <w:ind w:left="259" w:hanging="259"/>
      </w:pPr>
      <w:r>
        <w:rPr>
          <w:rFonts w:ascii="Aptos" w:hAnsi="Aptos" w:eastAsia="Aptos"/>
          <w:b/>
          <w:i w:val="0"/>
          <w:color w:val="B58A2A"/>
          <w:sz w:val="23"/>
        </w:rPr>
        <w:t xml:space="preserve">73. </w:t>
      </w:r>
      <w:r>
        <w:rPr>
          <w:rFonts w:ascii="Aptos" w:hAnsi="Aptos" w:eastAsia="Aptos"/>
          <w:b w:val="0"/>
          <w:i w:val="0"/>
          <w:color w:val="25352E"/>
          <w:sz w:val="23"/>
        </w:rPr>
        <w:t>Khi chưa thể kể dài, chỉ cần nói rõ: hôm nay tôi mệt và cần một chút yên hoặc một chút giúp đỡ.</w:t>
      </w:r>
    </w:p>
    <w:p>
      <w:pPr>
        <w:keepLines/>
        <w:ind w:left="259" w:hanging="259"/>
      </w:pPr>
      <w:r>
        <w:rPr>
          <w:rFonts w:ascii="Aptos" w:hAnsi="Aptos" w:eastAsia="Aptos"/>
          <w:b/>
          <w:i w:val="0"/>
          <w:color w:val="B58A2A"/>
          <w:sz w:val="23"/>
        </w:rPr>
        <w:t xml:space="preserve">74. </w:t>
      </w:r>
      <w:r>
        <w:rPr>
          <w:rFonts w:ascii="Aptos" w:hAnsi="Aptos" w:eastAsia="Aptos"/>
          <w:b w:val="0"/>
          <w:i w:val="0"/>
          <w:color w:val="25352E"/>
          <w:sz w:val="23"/>
        </w:rPr>
        <w:t>Chọn đúng người để giãi bày cũng là giữ tâm; không phải mọi đôi tai đều là nơi an toàn.</w:t>
      </w:r>
    </w:p>
    <w:p>
      <w:pPr>
        <w:keepLines/>
        <w:ind w:left="259" w:hanging="259"/>
      </w:pPr>
      <w:r>
        <w:rPr>
          <w:rFonts w:ascii="Aptos" w:hAnsi="Aptos" w:eastAsia="Aptos"/>
          <w:b/>
          <w:i w:val="0"/>
          <w:color w:val="B58A2A"/>
          <w:sz w:val="23"/>
        </w:rPr>
        <w:t xml:space="preserve">75. </w:t>
      </w:r>
      <w:r>
        <w:rPr>
          <w:rFonts w:ascii="Aptos" w:hAnsi="Aptos" w:eastAsia="Aptos"/>
          <w:b w:val="0"/>
          <w:i w:val="0"/>
          <w:color w:val="25352E"/>
          <w:sz w:val="23"/>
        </w:rPr>
        <w:t>Một lời nhắc đúng lúc có thể ngăn người kiệt sức đưa ra quyết định chỉ vì muốn hết đau ngay.</w:t>
      </w:r>
    </w:p>
    <w:p>
      <w:pPr>
        <w:keepLines/>
        <w:ind w:left="259" w:hanging="259"/>
      </w:pPr>
      <w:r>
        <w:rPr>
          <w:rFonts w:ascii="Aptos" w:hAnsi="Aptos" w:eastAsia="Aptos"/>
          <w:b/>
          <w:i w:val="0"/>
          <w:color w:val="B58A2A"/>
          <w:sz w:val="23"/>
        </w:rPr>
        <w:t xml:space="preserve">76. </w:t>
      </w:r>
      <w:r>
        <w:rPr>
          <w:rFonts w:ascii="Aptos" w:hAnsi="Aptos" w:eastAsia="Aptos"/>
          <w:b w:val="0"/>
          <w:i w:val="0"/>
          <w:color w:val="25352E"/>
          <w:sz w:val="23"/>
        </w:rPr>
        <w:t>Nương bạn lành rồi nhớ hồi phục đôi chân mình, để tình thương không biến thành lệ thuộc.</w:t>
      </w:r>
    </w:p>
    <w:p>
      <w:bookmarkStart w:id="8" w:name="CHAPTER_7"/>
      <w:pPr>
        <w:pStyle w:val="Heading1"/>
        <w:pageBreakBefore/>
        <w:jc w:val="center"/>
      </w:pPr>
      <w:bookmarkEnd w:id="8"/>
      <w:r>
        <w:rPr>
          <w:rFonts w:ascii="Aptos Display" w:hAnsi="Aptos Display" w:eastAsia="Aptos Display"/>
          <w:b/>
          <w:i w:val="0"/>
          <w:color w:val="2F6B4F"/>
          <w:sz w:val="38"/>
        </w:rPr>
        <w:t>Chương 7</w:t>
        <w:br/>
      </w:r>
      <w:r>
        <w:rPr>
          <w:rFonts w:ascii="Aptos Display" w:hAnsi="Aptos Display" w:eastAsia="Aptos Display"/>
          <w:b/>
          <w:i w:val="0"/>
          <w:color w:val="2F6B4F"/>
          <w:sz w:val="38"/>
        </w:rPr>
        <w:t>Tinh tấn không cực đoan</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0"/>
              </w:rPr>
              <w:t>Khi cần, không nỗ lực,</w:t>
              <w:br/>
            </w:r>
            <w:r>
              <w:rPr>
                <w:rFonts w:ascii="Aptos" w:hAnsi="Aptos" w:eastAsia="Aptos"/>
                <w:b/>
                <w:i w:val="0"/>
                <w:color w:val="2F6B4F"/>
                <w:sz w:val="20"/>
              </w:rPr>
              <w:t>Tuy trẻ mạnh, nhưng lười,</w:t>
              <w:br/>
            </w:r>
            <w:r>
              <w:rPr>
                <w:rFonts w:ascii="Aptos" w:hAnsi="Aptos" w:eastAsia="Aptos"/>
                <w:b/>
                <w:i w:val="0"/>
                <w:color w:val="2F6B4F"/>
                <w:sz w:val="20"/>
              </w:rPr>
              <w:t>Chí nhu nhược, biếng nhác,</w:t>
              <w:br/>
            </w:r>
            <w:r>
              <w:rPr>
                <w:rFonts w:ascii="Aptos" w:hAnsi="Aptos" w:eastAsia="Aptos"/>
                <w:b/>
                <w:i w:val="0"/>
                <w:color w:val="2F6B4F"/>
                <w:sz w:val="20"/>
              </w:rPr>
              <w:t>Với trí tuệ thụ động,</w:t>
              <w:br/>
            </w:r>
            <w:r>
              <w:rPr>
                <w:rFonts w:ascii="Aptos" w:hAnsi="Aptos" w:eastAsia="Aptos"/>
                <w:b/>
                <w:i w:val="0"/>
                <w:color w:val="2F6B4F"/>
                <w:sz w:val="20"/>
              </w:rPr>
              <w:t>Sao tìm được chánh đạo?</w:t>
            </w:r>
          </w:p>
          <w:p>
            <w:pPr>
              <w:jc w:val="center"/>
            </w:pPr>
            <w:r>
              <w:rPr>
                <w:rFonts w:ascii="Aptos" w:hAnsi="Aptos" w:eastAsia="Aptos"/>
                <w:b w:val="0"/>
                <w:i/>
                <w:color w:val="66736C"/>
                <w:sz w:val="19"/>
              </w:rPr>
              <w:t>Nguồn: Kinh Pháp Cú, kệ 280, Phẩm Đạo - bản dịch Hòa thượng Thích Minh Châu.</w:t>
            </w:r>
          </w:p>
        </w:tc>
      </w:tr>
    </w:tbl>
    <w:p/>
    <w:p>
      <w:pPr>
        <w:keepLines/>
        <w:ind w:left="259" w:hanging="259"/>
      </w:pPr>
      <w:r>
        <w:rPr>
          <w:rFonts w:ascii="Aptos" w:hAnsi="Aptos" w:eastAsia="Aptos"/>
          <w:b/>
          <w:i w:val="0"/>
          <w:color w:val="B58A2A"/>
          <w:sz w:val="23"/>
        </w:rPr>
        <w:t xml:space="preserve">77. </w:t>
      </w:r>
      <w:r>
        <w:rPr>
          <w:rFonts w:ascii="Aptos" w:hAnsi="Aptos" w:eastAsia="Aptos"/>
          <w:b w:val="0"/>
          <w:i w:val="0"/>
          <w:color w:val="25352E"/>
          <w:sz w:val="23"/>
        </w:rPr>
        <w:t>Quân bình không phải lúc nào cũng chia đều nghỉ và làm; là biết thời điểm này điều gì cần hơn.</w:t>
      </w:r>
    </w:p>
    <w:p>
      <w:pPr>
        <w:keepLines/>
        <w:ind w:left="259" w:hanging="259"/>
      </w:pPr>
      <w:r>
        <w:rPr>
          <w:rFonts w:ascii="Aptos" w:hAnsi="Aptos" w:eastAsia="Aptos"/>
          <w:b/>
          <w:i w:val="0"/>
          <w:color w:val="B58A2A"/>
          <w:sz w:val="23"/>
        </w:rPr>
        <w:t xml:space="preserve">78. </w:t>
      </w:r>
      <w:r>
        <w:rPr>
          <w:rFonts w:ascii="Aptos" w:hAnsi="Aptos" w:eastAsia="Aptos"/>
          <w:b w:val="0"/>
          <w:i w:val="0"/>
          <w:color w:val="25352E"/>
          <w:sz w:val="23"/>
        </w:rPr>
        <w:t>Khi đã hồi sức, tiếp tục nằm vì sợ khó không còn là nghỉ mà là trì hoãn.</w:t>
      </w:r>
    </w:p>
    <w:p>
      <w:pPr>
        <w:keepLines/>
        <w:ind w:left="259" w:hanging="259"/>
      </w:pPr>
      <w:r>
        <w:rPr>
          <w:rFonts w:ascii="Aptos" w:hAnsi="Aptos" w:eastAsia="Aptos"/>
          <w:b/>
          <w:i w:val="0"/>
          <w:color w:val="B58A2A"/>
          <w:sz w:val="23"/>
        </w:rPr>
        <w:t xml:space="preserve">79. </w:t>
      </w:r>
      <w:r>
        <w:rPr>
          <w:rFonts w:ascii="Aptos" w:hAnsi="Aptos" w:eastAsia="Aptos"/>
          <w:b w:val="0"/>
          <w:i w:val="0"/>
          <w:color w:val="25352E"/>
          <w:sz w:val="23"/>
        </w:rPr>
        <w:t>Tinh tấn bắt đầu lại bằng giờ giấc vừa sức, không bằng lời thề sẽ không bao giờ mệt nữa.</w:t>
      </w:r>
    </w:p>
    <w:p>
      <w:pPr>
        <w:keepLines/>
        <w:ind w:left="259" w:hanging="259"/>
      </w:pPr>
      <w:r>
        <w:rPr>
          <w:rFonts w:ascii="Aptos" w:hAnsi="Aptos" w:eastAsia="Aptos"/>
          <w:b/>
          <w:i w:val="0"/>
          <w:color w:val="B58A2A"/>
          <w:sz w:val="23"/>
        </w:rPr>
        <w:t xml:space="preserve">80. </w:t>
      </w:r>
      <w:r>
        <w:rPr>
          <w:rFonts w:ascii="Aptos" w:hAnsi="Aptos" w:eastAsia="Aptos"/>
          <w:b w:val="0"/>
          <w:i w:val="0"/>
          <w:color w:val="25352E"/>
          <w:sz w:val="23"/>
        </w:rPr>
        <w:t>Nghỉ đủ rồi phải đứng lên; nếu không, chiếc giường chữa mệt sẽ thành nơi nuôi sự sợ hãi.</w:t>
      </w:r>
    </w:p>
    <w:p>
      <w:pPr>
        <w:keepLines/>
        <w:ind w:left="259" w:hanging="259"/>
      </w:pPr>
      <w:r>
        <w:rPr>
          <w:rFonts w:ascii="Aptos" w:hAnsi="Aptos" w:eastAsia="Aptos"/>
          <w:b/>
          <w:i w:val="0"/>
          <w:color w:val="B58A2A"/>
          <w:sz w:val="23"/>
        </w:rPr>
        <w:t xml:space="preserve">81. </w:t>
      </w:r>
      <w:r>
        <w:rPr>
          <w:rFonts w:ascii="Aptos" w:hAnsi="Aptos" w:eastAsia="Aptos"/>
          <w:b w:val="0"/>
          <w:i w:val="0"/>
          <w:color w:val="25352E"/>
          <w:sz w:val="23"/>
        </w:rPr>
        <w:t>Không cực đoan nghĩa là không chạy đến kiệt rồi dừng đến tê liệt.</w:t>
      </w:r>
    </w:p>
    <w:p>
      <w:pPr>
        <w:keepLines/>
        <w:ind w:left="259" w:hanging="259"/>
      </w:pPr>
      <w:r>
        <w:rPr>
          <w:rFonts w:ascii="Aptos" w:hAnsi="Aptos" w:eastAsia="Aptos"/>
          <w:b/>
          <w:i w:val="0"/>
          <w:color w:val="B58A2A"/>
          <w:sz w:val="23"/>
        </w:rPr>
        <w:t xml:space="preserve">82. </w:t>
      </w:r>
      <w:r>
        <w:rPr>
          <w:rFonts w:ascii="Aptos" w:hAnsi="Aptos" w:eastAsia="Aptos"/>
          <w:b w:val="0"/>
          <w:i w:val="0"/>
          <w:color w:val="25352E"/>
          <w:sz w:val="23"/>
        </w:rPr>
        <w:t>Một nhịp bền có ngày làm nhiều, ngày làm ít, nhưng không có ngày cố ý bỏ mặc con đường.</w:t>
      </w:r>
    </w:p>
    <w:p>
      <w:pPr>
        <w:keepLines/>
        <w:ind w:left="259" w:hanging="259"/>
      </w:pPr>
      <w:r>
        <w:rPr>
          <w:rFonts w:ascii="Aptos" w:hAnsi="Aptos" w:eastAsia="Aptos"/>
          <w:b/>
          <w:i w:val="0"/>
          <w:color w:val="B58A2A"/>
          <w:sz w:val="23"/>
        </w:rPr>
        <w:t xml:space="preserve">83. </w:t>
      </w:r>
      <w:r>
        <w:rPr>
          <w:rFonts w:ascii="Aptos" w:hAnsi="Aptos" w:eastAsia="Aptos"/>
          <w:b w:val="0"/>
          <w:i w:val="0"/>
          <w:color w:val="25352E"/>
          <w:sz w:val="23"/>
        </w:rPr>
        <w:t>Tâm lười thường hứa ngày mai làm lớn; tâm tinh tấn chọn hôm nay làm phần nhỏ.</w:t>
      </w:r>
    </w:p>
    <w:p>
      <w:pPr>
        <w:keepLines/>
        <w:ind w:left="259" w:hanging="259"/>
      </w:pPr>
      <w:r>
        <w:rPr>
          <w:rFonts w:ascii="Aptos" w:hAnsi="Aptos" w:eastAsia="Aptos"/>
          <w:b/>
          <w:i w:val="0"/>
          <w:color w:val="B58A2A"/>
          <w:sz w:val="23"/>
        </w:rPr>
        <w:t xml:space="preserve">84. </w:t>
      </w:r>
      <w:r>
        <w:rPr>
          <w:rFonts w:ascii="Aptos" w:hAnsi="Aptos" w:eastAsia="Aptos"/>
          <w:b w:val="0"/>
          <w:i w:val="0"/>
          <w:color w:val="25352E"/>
          <w:sz w:val="23"/>
        </w:rPr>
        <w:t>Đừng dùng mệt mỏi cũ làm giấy phép cho mọi lần né tránh mới.</w:t>
      </w:r>
    </w:p>
    <w:p>
      <w:pPr>
        <w:keepLines/>
        <w:ind w:left="259" w:hanging="259"/>
      </w:pPr>
      <w:r>
        <w:rPr>
          <w:rFonts w:ascii="Aptos" w:hAnsi="Aptos" w:eastAsia="Aptos"/>
          <w:b/>
          <w:i w:val="0"/>
          <w:color w:val="B58A2A"/>
          <w:sz w:val="23"/>
        </w:rPr>
        <w:t xml:space="preserve">85. </w:t>
      </w:r>
      <w:r>
        <w:rPr>
          <w:rFonts w:ascii="Aptos" w:hAnsi="Aptos" w:eastAsia="Aptos"/>
          <w:b w:val="0"/>
          <w:i w:val="0"/>
          <w:color w:val="25352E"/>
          <w:sz w:val="23"/>
        </w:rPr>
        <w:t>Trí tuệ phân biệt lúc cần thương mình và lúc cần nhắc mình đứng dậy.</w:t>
      </w:r>
    </w:p>
    <w:p>
      <w:pPr>
        <w:keepLines/>
        <w:ind w:left="259" w:hanging="259"/>
      </w:pPr>
      <w:r>
        <w:rPr>
          <w:rFonts w:ascii="Aptos" w:hAnsi="Aptos" w:eastAsia="Aptos"/>
          <w:b/>
          <w:i w:val="0"/>
          <w:color w:val="B58A2A"/>
          <w:sz w:val="23"/>
        </w:rPr>
        <w:t xml:space="preserve">86. </w:t>
      </w:r>
      <w:r>
        <w:rPr>
          <w:rFonts w:ascii="Aptos" w:hAnsi="Aptos" w:eastAsia="Aptos"/>
          <w:b w:val="0"/>
          <w:i w:val="0"/>
          <w:color w:val="25352E"/>
          <w:sz w:val="23"/>
        </w:rPr>
        <w:t>Tinh tấn là lòng trung thành với hướng đi, không phải tốc độ giống nhau trong mọi ngày.</w:t>
      </w:r>
    </w:p>
    <w:p>
      <w:pPr>
        <w:keepLines/>
        <w:ind w:left="259" w:hanging="259"/>
      </w:pPr>
      <w:r>
        <w:rPr>
          <w:rFonts w:ascii="Aptos" w:hAnsi="Aptos" w:eastAsia="Aptos"/>
          <w:b/>
          <w:i w:val="0"/>
          <w:color w:val="B58A2A"/>
          <w:sz w:val="23"/>
        </w:rPr>
        <w:t xml:space="preserve">87. </w:t>
      </w:r>
      <w:r>
        <w:rPr>
          <w:rFonts w:ascii="Aptos" w:hAnsi="Aptos" w:eastAsia="Aptos"/>
          <w:b w:val="0"/>
          <w:i w:val="0"/>
          <w:color w:val="25352E"/>
          <w:sz w:val="23"/>
        </w:rPr>
        <w:t>Hãy đặt một giới hạn cho làm việc và một giới hạn cho trì hoãn; cả hai đều cần được chế ngự.</w:t>
      </w:r>
    </w:p>
    <w:p>
      <w:pPr>
        <w:keepLines/>
        <w:ind w:left="259" w:hanging="259"/>
      </w:pPr>
      <w:r>
        <w:rPr>
          <w:rFonts w:ascii="Aptos" w:hAnsi="Aptos" w:eastAsia="Aptos"/>
          <w:b/>
          <w:i w:val="0"/>
          <w:color w:val="B58A2A"/>
          <w:sz w:val="23"/>
        </w:rPr>
        <w:t xml:space="preserve">88. </w:t>
      </w:r>
      <w:r>
        <w:rPr>
          <w:rFonts w:ascii="Aptos" w:hAnsi="Aptos" w:eastAsia="Aptos"/>
          <w:b w:val="0"/>
          <w:i w:val="0"/>
          <w:color w:val="25352E"/>
          <w:sz w:val="23"/>
        </w:rPr>
        <w:t>Con đường giữa không nhạt nhòa; nó đòi ta quan sát kỹ hơn cả chạy quá và bỏ hẳn.</w:t>
      </w:r>
    </w:p>
    <w:p>
      <w:bookmarkStart w:id="9" w:name="CHAPTER_8"/>
      <w:pPr>
        <w:pStyle w:val="Heading1"/>
        <w:pageBreakBefore/>
        <w:jc w:val="center"/>
      </w:pPr>
      <w:bookmarkEnd w:id="9"/>
      <w:r>
        <w:rPr>
          <w:rFonts w:ascii="Aptos Display" w:hAnsi="Aptos Display" w:eastAsia="Aptos Display"/>
          <w:b/>
          <w:i w:val="0"/>
          <w:color w:val="2F6B4F"/>
          <w:sz w:val="38"/>
        </w:rPr>
        <w:t>Chương 8</w:t>
        <w:br/>
      </w:r>
      <w:r>
        <w:rPr>
          <w:rFonts w:ascii="Aptos Display" w:hAnsi="Aptos Display" w:eastAsia="Aptos Display"/>
          <w:b/>
          <w:i w:val="0"/>
          <w:color w:val="2F6B4F"/>
          <w:sz w:val="38"/>
        </w:rPr>
        <w:t>Nghỉ chân, không bỏ đại nguyện</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Thiền tư, kiên trì,</w:t>
              <w:br/>
            </w:r>
            <w:r>
              <w:rPr>
                <w:rFonts w:ascii="Aptos" w:hAnsi="Aptos" w:eastAsia="Aptos"/>
                <w:b/>
                <w:i w:val="0"/>
                <w:color w:val="2F6B4F"/>
                <w:sz w:val="23"/>
              </w:rPr>
              <w:t>Luôn luôn thường tinh tấn,</w:t>
              <w:br/>
            </w:r>
            <w:r>
              <w:rPr>
                <w:rFonts w:ascii="Aptos" w:hAnsi="Aptos" w:eastAsia="Aptos"/>
                <w:b/>
                <w:i w:val="0"/>
                <w:color w:val="2F6B4F"/>
                <w:sz w:val="23"/>
              </w:rPr>
              <w:t>Bậc trí hưởng Niết-bàn,</w:t>
              <w:br/>
            </w:r>
            <w:r>
              <w:rPr>
                <w:rFonts w:ascii="Aptos" w:hAnsi="Aptos" w:eastAsia="Aptos"/>
                <w:b/>
                <w:i w:val="0"/>
                <w:color w:val="2F6B4F"/>
                <w:sz w:val="23"/>
              </w:rPr>
              <w:t>Đạt an tịnh vô thượng.</w:t>
            </w:r>
          </w:p>
          <w:p>
            <w:pPr>
              <w:jc w:val="center"/>
            </w:pPr>
            <w:r>
              <w:rPr>
                <w:rFonts w:ascii="Aptos" w:hAnsi="Aptos" w:eastAsia="Aptos"/>
                <w:b w:val="0"/>
                <w:i/>
                <w:color w:val="66736C"/>
                <w:sz w:val="19"/>
              </w:rPr>
              <w:t>Nguồn: Kinh Pháp Cú, kệ 23, Phẩm Không Phóng Dật - bản dịch Hòa thượng Thích Minh Châu.</w:t>
            </w:r>
          </w:p>
        </w:tc>
      </w:tr>
    </w:tbl>
    <w:p/>
    <w:p>
      <w:pPr>
        <w:keepLines/>
        <w:ind w:left="259" w:hanging="259"/>
      </w:pPr>
      <w:r>
        <w:rPr>
          <w:rFonts w:ascii="Aptos" w:hAnsi="Aptos" w:eastAsia="Aptos"/>
          <w:b/>
          <w:i w:val="0"/>
          <w:color w:val="B58A2A"/>
          <w:sz w:val="23"/>
        </w:rPr>
        <w:t xml:space="preserve">89. </w:t>
      </w:r>
      <w:r>
        <w:rPr>
          <w:rFonts w:ascii="Aptos" w:hAnsi="Aptos" w:eastAsia="Aptos"/>
          <w:b w:val="0"/>
          <w:i w:val="0"/>
          <w:color w:val="25352E"/>
          <w:sz w:val="23"/>
        </w:rPr>
        <w:t>Đại nguyện không đòi ta mạnh mỗi ngày; nó chỉ cần ta đừng tuyên bố kết thúc trong một ngày đang yếu.</w:t>
      </w:r>
    </w:p>
    <w:p>
      <w:pPr>
        <w:keepLines/>
        <w:ind w:left="259" w:hanging="259"/>
      </w:pPr>
      <w:r>
        <w:rPr>
          <w:rFonts w:ascii="Aptos" w:hAnsi="Aptos" w:eastAsia="Aptos"/>
          <w:b/>
          <w:i w:val="0"/>
          <w:color w:val="B58A2A"/>
          <w:sz w:val="23"/>
        </w:rPr>
        <w:t xml:space="preserve">90. </w:t>
      </w:r>
      <w:r>
        <w:rPr>
          <w:rFonts w:ascii="Aptos" w:hAnsi="Aptos" w:eastAsia="Aptos"/>
          <w:b w:val="0"/>
          <w:i w:val="0"/>
          <w:color w:val="25352E"/>
          <w:sz w:val="23"/>
        </w:rPr>
        <w:t>Nghỉ chân là đặt hành lý xuống; bỏ cuộc là quay lưng với hướng mình từng thấy là đúng.</w:t>
      </w:r>
    </w:p>
    <w:p>
      <w:pPr>
        <w:keepLines/>
        <w:ind w:left="259" w:hanging="259"/>
      </w:pPr>
      <w:r>
        <w:rPr>
          <w:rFonts w:ascii="Aptos" w:hAnsi="Aptos" w:eastAsia="Aptos"/>
          <w:b/>
          <w:i w:val="0"/>
          <w:color w:val="B58A2A"/>
          <w:sz w:val="23"/>
        </w:rPr>
        <w:t xml:space="preserve">91. </w:t>
      </w:r>
      <w:r>
        <w:rPr>
          <w:rFonts w:ascii="Aptos" w:hAnsi="Aptos" w:eastAsia="Aptos"/>
          <w:b w:val="0"/>
          <w:i w:val="0"/>
          <w:color w:val="25352E"/>
          <w:sz w:val="23"/>
        </w:rPr>
        <w:t>Có khi giữ đại nguyện hôm nay chỉ là không làm điều phá hủy khả năng tiếp tục ngày mai.</w:t>
      </w:r>
    </w:p>
    <w:p>
      <w:pPr>
        <w:keepLines/>
        <w:ind w:left="259" w:hanging="259"/>
      </w:pPr>
      <w:r>
        <w:rPr>
          <w:rFonts w:ascii="Aptos" w:hAnsi="Aptos" w:eastAsia="Aptos"/>
          <w:b/>
          <w:i w:val="0"/>
          <w:color w:val="B58A2A"/>
          <w:sz w:val="23"/>
        </w:rPr>
        <w:t xml:space="preserve">92. </w:t>
      </w:r>
      <w:r>
        <w:rPr>
          <w:rFonts w:ascii="Aptos" w:hAnsi="Aptos" w:eastAsia="Aptos"/>
          <w:b w:val="0"/>
          <w:i w:val="0"/>
          <w:color w:val="25352E"/>
          <w:sz w:val="23"/>
        </w:rPr>
        <w:t>Đường dài không được hoàn thành bằng một lần bùng sức, mà bằng nhiều lần quay lại sau khi mệt.</w:t>
      </w:r>
    </w:p>
    <w:p>
      <w:pPr>
        <w:keepLines/>
        <w:ind w:left="259" w:hanging="259"/>
      </w:pPr>
      <w:r>
        <w:rPr>
          <w:rFonts w:ascii="Aptos" w:hAnsi="Aptos" w:eastAsia="Aptos"/>
          <w:b/>
          <w:i w:val="0"/>
          <w:color w:val="B58A2A"/>
          <w:sz w:val="23"/>
        </w:rPr>
        <w:t xml:space="preserve">93. </w:t>
      </w:r>
      <w:r>
        <w:rPr>
          <w:rFonts w:ascii="Aptos" w:hAnsi="Aptos" w:eastAsia="Aptos"/>
          <w:b w:val="0"/>
          <w:i w:val="0"/>
          <w:color w:val="25352E"/>
          <w:sz w:val="23"/>
        </w:rPr>
        <w:t>Ngày không giảng được vẫn có thể học; ngày không học được vẫn có thể giữ một niệm lành.</w:t>
      </w:r>
    </w:p>
    <w:p>
      <w:pPr>
        <w:keepLines/>
        <w:ind w:left="259" w:hanging="259"/>
      </w:pPr>
      <w:r>
        <w:rPr>
          <w:rFonts w:ascii="Aptos" w:hAnsi="Aptos" w:eastAsia="Aptos"/>
          <w:b/>
          <w:i w:val="0"/>
          <w:color w:val="B58A2A"/>
          <w:sz w:val="23"/>
        </w:rPr>
        <w:t xml:space="preserve">94. </w:t>
      </w:r>
      <w:r>
        <w:rPr>
          <w:rFonts w:ascii="Aptos" w:hAnsi="Aptos" w:eastAsia="Aptos"/>
          <w:b w:val="0"/>
          <w:i w:val="0"/>
          <w:color w:val="25352E"/>
          <w:sz w:val="23"/>
        </w:rPr>
        <w:t>Đừng lấy năng suất của mình làm thước duy nhất đo giá trị của đại nguyện.</w:t>
      </w:r>
    </w:p>
    <w:p>
      <w:pPr>
        <w:keepLines/>
        <w:ind w:left="259" w:hanging="259"/>
      </w:pPr>
      <w:r>
        <w:rPr>
          <w:rFonts w:ascii="Aptos" w:hAnsi="Aptos" w:eastAsia="Aptos"/>
          <w:b/>
          <w:i w:val="0"/>
          <w:color w:val="B58A2A"/>
          <w:sz w:val="23"/>
        </w:rPr>
        <w:t xml:space="preserve">95. </w:t>
      </w:r>
      <w:r>
        <w:rPr>
          <w:rFonts w:ascii="Aptos" w:hAnsi="Aptos" w:eastAsia="Aptos"/>
          <w:b w:val="0"/>
          <w:i w:val="0"/>
          <w:color w:val="25352E"/>
          <w:sz w:val="23"/>
        </w:rPr>
        <w:t>Một ngọn đèn nhỏ được che gió quý hơn ngọn lửa lớn cháy hết dầu trong một đêm.</w:t>
      </w:r>
    </w:p>
    <w:p>
      <w:pPr>
        <w:keepLines/>
        <w:ind w:left="259" w:hanging="259"/>
      </w:pPr>
      <w:r>
        <w:rPr>
          <w:rFonts w:ascii="Aptos" w:hAnsi="Aptos" w:eastAsia="Aptos"/>
          <w:b/>
          <w:i w:val="0"/>
          <w:color w:val="B58A2A"/>
          <w:sz w:val="23"/>
        </w:rPr>
        <w:t xml:space="preserve">96. </w:t>
      </w:r>
      <w:r>
        <w:rPr>
          <w:rFonts w:ascii="Aptos" w:hAnsi="Aptos" w:eastAsia="Aptos"/>
          <w:b w:val="0"/>
          <w:i w:val="0"/>
          <w:color w:val="25352E"/>
          <w:sz w:val="23"/>
        </w:rPr>
        <w:t>Khi quên lý do bắt đầu, hãy trở lại với người mình từng mong giúp và điều lành mình từng mong gieo.</w:t>
      </w:r>
    </w:p>
    <w:p>
      <w:pPr>
        <w:keepLines/>
        <w:ind w:left="259" w:hanging="259"/>
      </w:pPr>
      <w:r>
        <w:rPr>
          <w:rFonts w:ascii="Aptos" w:hAnsi="Aptos" w:eastAsia="Aptos"/>
          <w:b/>
          <w:i w:val="0"/>
          <w:color w:val="B58A2A"/>
          <w:sz w:val="23"/>
        </w:rPr>
        <w:t xml:space="preserve">97. </w:t>
      </w:r>
      <w:r>
        <w:rPr>
          <w:rFonts w:ascii="Aptos" w:hAnsi="Aptos" w:eastAsia="Aptos"/>
          <w:b w:val="0"/>
          <w:i w:val="0"/>
          <w:color w:val="25352E"/>
          <w:sz w:val="23"/>
        </w:rPr>
        <w:t>Đại nguyện trưởng thành biết đi cùng tuổi tác, sức khỏe và hoàn cảnh, không bắt đời phải giữ nguyên.</w:t>
      </w:r>
    </w:p>
    <w:p>
      <w:pPr>
        <w:keepLines/>
        <w:ind w:left="259" w:hanging="259"/>
      </w:pPr>
      <w:r>
        <w:rPr>
          <w:rFonts w:ascii="Aptos" w:hAnsi="Aptos" w:eastAsia="Aptos"/>
          <w:b/>
          <w:i w:val="0"/>
          <w:color w:val="B58A2A"/>
          <w:sz w:val="23"/>
        </w:rPr>
        <w:t xml:space="preserve">98. </w:t>
      </w:r>
      <w:r>
        <w:rPr>
          <w:rFonts w:ascii="Aptos" w:hAnsi="Aptos" w:eastAsia="Aptos"/>
          <w:b w:val="0"/>
          <w:i w:val="0"/>
          <w:color w:val="25352E"/>
          <w:sz w:val="23"/>
        </w:rPr>
        <w:t>Ta có thể đổi cách làm mà không đổi điều muốn phụng sự.</w:t>
      </w:r>
    </w:p>
    <w:p>
      <w:pPr>
        <w:keepLines/>
        <w:ind w:left="259" w:hanging="259"/>
      </w:pPr>
      <w:r>
        <w:rPr>
          <w:rFonts w:ascii="Aptos" w:hAnsi="Aptos" w:eastAsia="Aptos"/>
          <w:b/>
          <w:i w:val="0"/>
          <w:color w:val="B58A2A"/>
          <w:sz w:val="23"/>
        </w:rPr>
        <w:t xml:space="preserve">99. </w:t>
      </w:r>
      <w:r>
        <w:rPr>
          <w:rFonts w:ascii="Aptos" w:hAnsi="Aptos" w:eastAsia="Aptos"/>
          <w:b w:val="0"/>
          <w:i w:val="0"/>
          <w:color w:val="25352E"/>
          <w:sz w:val="23"/>
        </w:rPr>
        <w:t>Mệt thì nghỉ để lòng lành có sức đi tiếp; đừng vì một đoạn tối mà phủ nhận cả bình minh đã thấy.</w:t>
      </w:r>
    </w:p>
    <w:p>
      <w:pPr>
        <w:keepLines/>
        <w:ind w:left="259" w:hanging="259"/>
      </w:pPr>
      <w:r>
        <w:rPr>
          <w:rFonts w:ascii="Aptos" w:hAnsi="Aptos" w:eastAsia="Aptos"/>
          <w:b/>
          <w:i w:val="0"/>
          <w:color w:val="B58A2A"/>
          <w:sz w:val="23"/>
        </w:rPr>
        <w:t xml:space="preserve">100. </w:t>
      </w:r>
      <w:r>
        <w:rPr>
          <w:rFonts w:ascii="Aptos" w:hAnsi="Aptos" w:eastAsia="Aptos"/>
          <w:b w:val="0"/>
          <w:i w:val="0"/>
          <w:color w:val="25352E"/>
          <w:sz w:val="23"/>
        </w:rPr>
        <w:t>Kiên trì sâu nhất là sau mỗi lần dừng, vẫn nhận ra con đường và nhẹ nhàng đặt chân trở lại.</w:t>
      </w:r>
    </w:p>
    <w:p>
      <w:r>
        <w:br w:type="page"/>
      </w:r>
    </w:p>
    <w:p>
      <w:bookmarkStart w:id="20" w:name="CLOSING"/>
      <w:pPr>
        <w:pStyle w:val="Heading1"/>
        <w:jc w:val="center"/>
      </w:pPr>
      <w:bookmarkEnd w:id="20"/>
      <w:r>
        <w:rPr>
          <w:rFonts w:ascii="Aptos Display" w:hAnsi="Aptos Display" w:eastAsia="Aptos Display"/>
          <w:b/>
          <w:i w:val="0"/>
          <w:color w:val="2F6B4F"/>
          <w:sz w:val="38"/>
        </w:rPr>
        <w:t>LỜI KẾT</w:t>
        <w:br/>
      </w:r>
      <w:r>
        <w:rPr>
          <w:rFonts w:ascii="Aptos Display" w:hAnsi="Aptos Display" w:eastAsia="Aptos Display"/>
          <w:b/>
          <w:i w:val="0"/>
          <w:color w:val="2F6B4F"/>
          <w:sz w:val="38"/>
        </w:rPr>
        <w:t>NGHỈ ĐỂ ĐI XA</w:t>
      </w:r>
    </w:p>
    <w:p>
      <w:r>
        <w:rPr>
          <w:rFonts w:ascii="Aptos" w:hAnsi="Aptos" w:eastAsia="Aptos"/>
          <w:b w:val="0"/>
          <w:i w:val="0"/>
          <w:color w:val="25352E"/>
          <w:sz w:val="23"/>
        </w:rPr>
        <w:t>Mệt thì nghỉ để thân tâm hồi sức. Khỏe lại thì đứng lên từ một việc nhỏ. Không chạy đến kiệt, không nằm mãi vì sợ; lấy quân bình làm nhịp và đại nguyện làm hướng.</w:t>
      </w:r>
    </w:p>
    <w:p>
      <w:r>
        <w:rPr>
          <w:rFonts w:ascii="Aptos" w:hAnsi="Aptos" w:eastAsia="Aptos"/>
          <w:b w:val="0"/>
          <w:i w:val="0"/>
          <w:color w:val="25352E"/>
          <w:sz w:val="23"/>
        </w:rPr>
        <w:t>Nghỉ không phải bỏ cuộc. Chậm không phải đi lùi. Một ngày yếu không xóa được con đường dài; chỉ cần ta còn biết quay về, ngọn đèn vẫn chưa tắt.</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Display" w:hAnsi="Aptos Display" w:eastAsia="Aptos Display"/>
                <w:b/>
                <w:i w:val="0"/>
                <w:color w:val="2F6B4F"/>
                <w:sz w:val="26"/>
              </w:rPr>
              <w:t>Mệt thì nghỉ cho sâu.</w:t>
            </w:r>
          </w:p>
          <w:p>
            <w:pPr>
              <w:jc w:val="center"/>
            </w:pPr>
            <w:r>
              <w:rPr>
                <w:rFonts w:ascii="Aptos Display" w:hAnsi="Aptos Display" w:eastAsia="Aptos Display"/>
                <w:b/>
                <w:i w:val="0"/>
                <w:color w:val="2F6B4F"/>
                <w:sz w:val="26"/>
              </w:rPr>
              <w:t>Khỏe thì đứng lên chậm.</w:t>
            </w:r>
          </w:p>
          <w:p>
            <w:pPr>
              <w:jc w:val="center"/>
            </w:pPr>
            <w:r>
              <w:rPr>
                <w:rFonts w:ascii="Aptos Display" w:hAnsi="Aptos Display" w:eastAsia="Aptos Display"/>
                <w:b/>
                <w:i w:val="0"/>
                <w:color w:val="2F6B4F"/>
                <w:sz w:val="26"/>
              </w:rPr>
              <w:t>Chậm nhưng đừng quay lưng.</w:t>
            </w:r>
          </w:p>
          <w:p>
            <w:pPr>
              <w:jc w:val="center"/>
            </w:pPr>
            <w:r>
              <w:rPr>
                <w:rFonts w:ascii="Aptos Display" w:hAnsi="Aptos Display" w:eastAsia="Aptos Display"/>
                <w:b/>
                <w:i w:val="0"/>
                <w:color w:val="C95B7C"/>
                <w:sz w:val="28"/>
              </w:rPr>
              <w:t>Và giữ đại nguyện làm hướng trở về.</w:t>
            </w:r>
          </w:p>
        </w:tc>
      </w:tr>
    </w:tbl>
    <w:p>
      <w:pPr>
        <w:jc w:val="center"/>
      </w:pPr>
      <w:r>
        <w:rPr>
          <w:rFonts w:ascii="Aptos Display" w:hAnsi="Aptos Display" w:eastAsia="Aptos Display"/>
          <w:b/>
          <w:i w:val="0"/>
          <w:color w:val="B58A2A"/>
          <w:sz w:val="22"/>
        </w:rPr>
        <w:t>NAM MÔ BỔN SƯ THÍCH CA MÂU NI PHẬT</w:t>
      </w:r>
    </w:p>
    <w:sectPr w:rsidR="00FC693F" w:rsidRPr="0006063C" w:rsidSect="00034616">
      <w:headerReference w:type="default" r:id="rId9"/>
      <w:footerReference w:type="default" r:id="rId10"/>
      <w:pgSz w:w="12240" w:h="15840"/>
      <w:pgMar w:top="1224" w:right="1296" w:bottom="1080" w:left="1296"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eastAsia="Aptos"/>
        <w:b w:val="0"/>
        <w:i w:val="0"/>
        <w:color w:val="66736C"/>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eastAsia="Aptos"/>
        <w:b/>
        <w:i w:val="0"/>
        <w:color w:val="66736C"/>
        <w:sz w:val="17"/>
      </w:rPr>
      <w:t>MỆT THÌ NGHỈ, ĐỪNG BỎ CUỘC  •  THÍCH NỮ DIỆU 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jc w:val="both"/>
    </w:pPr>
    <w:rPr>
      <w:rFonts w:ascii="Aptos" w:hAnsi="Aptos"/>
      <w:color w:val="25352E"/>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Aptos Display" w:hAnsi="Aptos Display"/>
      <w:b/>
      <w:bCs/>
      <w:color w:val="2F6B4F"/>
      <w:sz w:val="3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Aptos Display" w:hAnsi="Aptos Display"/>
      <w:b/>
      <w:bCs/>
      <w:color w:val="B58A2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Mệt thì nghỉ, đừng bỏ cuộc - 100 câu tâm đắc - Tập IX</dc:title>
  <dc:subject>Nghỉ ngơi, hồi phục và tinh tấn</dc:subject>
  <dc:creator>Thích Nữ Diệu An</dc:creator>
  <cp:keywords/>
  <dc:description>generated by python-docx</dc:description>
  <cp:lastModifiedBy/>
  <cp:revision>1</cp:revision>
  <dcterms:created xsi:type="dcterms:W3CDTF">2013-12-23T23:15:00Z</dcterms:created>
  <dcterms:modified xsi:type="dcterms:W3CDTF">2013-12-23T23:15:00Z</dcterms:modified>
  <cp:category/>
</cp:coreProperties>
</file>